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005" w:rsidRDefault="00865005">
      <w:pPr>
        <w:autoSpaceDE w:val="0"/>
        <w:autoSpaceDN w:val="0"/>
        <w:spacing w:after="78" w:line="220" w:lineRule="exact"/>
      </w:pPr>
    </w:p>
    <w:p w:rsidR="00865005" w:rsidRPr="004261E5" w:rsidRDefault="004261E5" w:rsidP="004261E5">
      <w:pPr>
        <w:autoSpaceDE w:val="0"/>
        <w:autoSpaceDN w:val="0"/>
        <w:spacing w:after="0" w:line="230" w:lineRule="auto"/>
        <w:ind w:left="1494"/>
        <w:jc w:val="center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865005" w:rsidRPr="004261E5" w:rsidRDefault="004261E5">
      <w:pPr>
        <w:autoSpaceDE w:val="0"/>
        <w:autoSpaceDN w:val="0"/>
        <w:spacing w:before="670" w:after="0" w:line="230" w:lineRule="auto"/>
        <w:ind w:left="2076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865005" w:rsidRPr="004261E5" w:rsidRDefault="004261E5">
      <w:pPr>
        <w:autoSpaceDE w:val="0"/>
        <w:autoSpaceDN w:val="0"/>
        <w:spacing w:before="670" w:after="0" w:line="230" w:lineRule="auto"/>
        <w:ind w:left="1926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 Администрации МР Караидельский район РБ</w:t>
      </w:r>
    </w:p>
    <w:p w:rsidR="00865005" w:rsidRPr="004261E5" w:rsidRDefault="004261E5">
      <w:pPr>
        <w:autoSpaceDE w:val="0"/>
        <w:autoSpaceDN w:val="0"/>
        <w:spacing w:before="670" w:after="1376" w:line="230" w:lineRule="auto"/>
        <w:ind w:left="2034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МОБУ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Староакбуляковская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ООШ МР Караидельский район РБ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42"/>
        <w:gridCol w:w="3980"/>
        <w:gridCol w:w="2500"/>
      </w:tblGrid>
      <w:tr w:rsidR="00865005">
        <w:trPr>
          <w:trHeight w:hRule="exact" w:val="274"/>
        </w:trPr>
        <w:tc>
          <w:tcPr>
            <w:tcW w:w="2642" w:type="dxa"/>
            <w:tcMar>
              <w:left w:w="0" w:type="dxa"/>
              <w:right w:w="0" w:type="dxa"/>
            </w:tcMar>
          </w:tcPr>
          <w:p w:rsidR="00865005" w:rsidRDefault="004261E5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980" w:type="dxa"/>
            <w:tcMar>
              <w:left w:w="0" w:type="dxa"/>
              <w:right w:w="0" w:type="dxa"/>
            </w:tcMar>
          </w:tcPr>
          <w:p w:rsidR="00865005" w:rsidRDefault="004261E5">
            <w:pPr>
              <w:autoSpaceDE w:val="0"/>
              <w:autoSpaceDN w:val="0"/>
              <w:spacing w:before="48" w:after="0" w:line="230" w:lineRule="auto"/>
              <w:ind w:left="8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500" w:type="dxa"/>
            <w:tcMar>
              <w:left w:w="0" w:type="dxa"/>
              <w:right w:w="0" w:type="dxa"/>
            </w:tcMar>
          </w:tcPr>
          <w:p w:rsidR="00865005" w:rsidRDefault="004261E5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865005">
        <w:trPr>
          <w:trHeight w:hRule="exact" w:val="276"/>
        </w:trPr>
        <w:tc>
          <w:tcPr>
            <w:tcW w:w="2642" w:type="dxa"/>
            <w:tcMar>
              <w:left w:w="0" w:type="dxa"/>
              <w:right w:w="0" w:type="dxa"/>
            </w:tcMar>
          </w:tcPr>
          <w:p w:rsidR="00865005" w:rsidRDefault="004261E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ШМО</w:t>
            </w:r>
          </w:p>
        </w:tc>
        <w:tc>
          <w:tcPr>
            <w:tcW w:w="3980" w:type="dxa"/>
            <w:tcMar>
              <w:left w:w="0" w:type="dxa"/>
              <w:right w:w="0" w:type="dxa"/>
            </w:tcMar>
          </w:tcPr>
          <w:p w:rsidR="00865005" w:rsidRDefault="004261E5">
            <w:pPr>
              <w:autoSpaceDE w:val="0"/>
              <w:autoSpaceDN w:val="0"/>
              <w:spacing w:after="0" w:line="230" w:lineRule="auto"/>
              <w:ind w:left="8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500" w:type="dxa"/>
            <w:tcMar>
              <w:left w:w="0" w:type="dxa"/>
              <w:right w:w="0" w:type="dxa"/>
            </w:tcMar>
          </w:tcPr>
          <w:p w:rsidR="00865005" w:rsidRDefault="004261E5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865005" w:rsidRDefault="00865005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42"/>
        <w:gridCol w:w="3700"/>
        <w:gridCol w:w="3100"/>
      </w:tblGrid>
      <w:tr w:rsidR="00865005">
        <w:trPr>
          <w:trHeight w:hRule="exact" w:val="362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865005" w:rsidRDefault="004261E5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______________Закиров Д.М.</w:t>
            </w:r>
          </w:p>
        </w:tc>
        <w:tc>
          <w:tcPr>
            <w:tcW w:w="3700" w:type="dxa"/>
            <w:tcMar>
              <w:left w:w="0" w:type="dxa"/>
              <w:right w:w="0" w:type="dxa"/>
            </w:tcMar>
          </w:tcPr>
          <w:p w:rsidR="00865005" w:rsidRDefault="004261E5">
            <w:pPr>
              <w:autoSpaceDE w:val="0"/>
              <w:autoSpaceDN w:val="0"/>
              <w:spacing w:before="60" w:after="0" w:line="230" w:lineRule="auto"/>
              <w:ind w:left="4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______________Мугалимова Г.Ф.</w:t>
            </w:r>
          </w:p>
        </w:tc>
        <w:tc>
          <w:tcPr>
            <w:tcW w:w="3100" w:type="dxa"/>
            <w:tcMar>
              <w:left w:w="0" w:type="dxa"/>
              <w:right w:w="0" w:type="dxa"/>
            </w:tcMar>
          </w:tcPr>
          <w:p w:rsidR="00865005" w:rsidRDefault="004261E5">
            <w:pPr>
              <w:autoSpaceDE w:val="0"/>
              <w:autoSpaceDN w:val="0"/>
              <w:spacing w:before="60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______________Хайдарова Р.М.</w:t>
            </w:r>
          </w:p>
        </w:tc>
      </w:tr>
      <w:tr w:rsidR="00865005">
        <w:trPr>
          <w:trHeight w:hRule="exact" w:val="420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865005" w:rsidRDefault="004261E5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№________</w:t>
            </w:r>
          </w:p>
        </w:tc>
        <w:tc>
          <w:tcPr>
            <w:tcW w:w="3700" w:type="dxa"/>
            <w:tcMar>
              <w:left w:w="0" w:type="dxa"/>
              <w:right w:w="0" w:type="dxa"/>
            </w:tcMar>
          </w:tcPr>
          <w:p w:rsidR="00865005" w:rsidRDefault="004261E5">
            <w:pPr>
              <w:autoSpaceDE w:val="0"/>
              <w:autoSpaceDN w:val="0"/>
              <w:spacing w:before="106" w:after="0" w:line="230" w:lineRule="auto"/>
              <w:ind w:left="4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№__________</w:t>
            </w:r>
          </w:p>
        </w:tc>
        <w:tc>
          <w:tcPr>
            <w:tcW w:w="3100" w:type="dxa"/>
            <w:tcMar>
              <w:left w:w="0" w:type="dxa"/>
              <w:right w:w="0" w:type="dxa"/>
            </w:tcMar>
          </w:tcPr>
          <w:p w:rsidR="00865005" w:rsidRDefault="004261E5">
            <w:pPr>
              <w:autoSpaceDE w:val="0"/>
              <w:autoSpaceDN w:val="0"/>
              <w:spacing w:before="106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№___________</w:t>
            </w:r>
          </w:p>
        </w:tc>
      </w:tr>
      <w:tr w:rsidR="00865005">
        <w:trPr>
          <w:trHeight w:hRule="exact" w:val="380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865005" w:rsidRDefault="004261E5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"_____" ___________ г.</w:t>
            </w:r>
          </w:p>
        </w:tc>
        <w:tc>
          <w:tcPr>
            <w:tcW w:w="3700" w:type="dxa"/>
            <w:tcMar>
              <w:left w:w="0" w:type="dxa"/>
              <w:right w:w="0" w:type="dxa"/>
            </w:tcMar>
          </w:tcPr>
          <w:p w:rsidR="00865005" w:rsidRDefault="004261E5">
            <w:pPr>
              <w:autoSpaceDE w:val="0"/>
              <w:autoSpaceDN w:val="0"/>
              <w:spacing w:before="94" w:after="0" w:line="230" w:lineRule="auto"/>
              <w:ind w:left="4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"_____" ___  _______ г.</w:t>
            </w:r>
          </w:p>
        </w:tc>
        <w:tc>
          <w:tcPr>
            <w:tcW w:w="3100" w:type="dxa"/>
            <w:tcMar>
              <w:left w:w="0" w:type="dxa"/>
              <w:right w:w="0" w:type="dxa"/>
            </w:tcMar>
          </w:tcPr>
          <w:p w:rsidR="00865005" w:rsidRDefault="004261E5">
            <w:pPr>
              <w:autoSpaceDE w:val="0"/>
              <w:autoSpaceDN w:val="0"/>
              <w:spacing w:before="94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"______" ___________ г.</w:t>
            </w:r>
          </w:p>
        </w:tc>
      </w:tr>
    </w:tbl>
    <w:p w:rsidR="00865005" w:rsidRDefault="004261E5">
      <w:pPr>
        <w:autoSpaceDE w:val="0"/>
        <w:autoSpaceDN w:val="0"/>
        <w:spacing w:before="978" w:after="0" w:line="230" w:lineRule="auto"/>
        <w:ind w:right="322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865005" w:rsidRPr="004261E5" w:rsidRDefault="004261E5">
      <w:pPr>
        <w:autoSpaceDE w:val="0"/>
        <w:autoSpaceDN w:val="0"/>
        <w:spacing w:before="310" w:after="0" w:line="230" w:lineRule="auto"/>
        <w:ind w:right="2142"/>
        <w:jc w:val="right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НАЧАЛЬНОГО ОБЩЕГО ОБРАЗОВАНИЯ</w:t>
      </w:r>
    </w:p>
    <w:p w:rsidR="00865005" w:rsidRPr="004261E5" w:rsidRDefault="004261E5">
      <w:pPr>
        <w:autoSpaceDE w:val="0"/>
        <w:autoSpaceDN w:val="0"/>
        <w:spacing w:before="310" w:after="0" w:line="230" w:lineRule="auto"/>
        <w:ind w:right="3992"/>
        <w:jc w:val="right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4552336)</w:t>
      </w:r>
    </w:p>
    <w:p w:rsidR="00865005" w:rsidRPr="004261E5" w:rsidRDefault="004261E5">
      <w:pPr>
        <w:autoSpaceDE w:val="0"/>
        <w:autoSpaceDN w:val="0"/>
        <w:spacing w:before="670" w:after="0" w:line="230" w:lineRule="auto"/>
        <w:ind w:right="3514"/>
        <w:jc w:val="right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Учебного предмета</w:t>
      </w:r>
    </w:p>
    <w:p w:rsidR="00865005" w:rsidRPr="004261E5" w:rsidRDefault="004261E5">
      <w:pPr>
        <w:autoSpaceDE w:val="0"/>
        <w:autoSpaceDN w:val="0"/>
        <w:spacing w:before="70" w:after="0" w:line="230" w:lineRule="auto"/>
        <w:ind w:right="2876"/>
        <w:jc w:val="right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«ФИЗИЧЕСКАЯ КУЛЬТУРА»</w:t>
      </w:r>
    </w:p>
    <w:p w:rsidR="00865005" w:rsidRPr="004261E5" w:rsidRDefault="004261E5">
      <w:pPr>
        <w:autoSpaceDE w:val="0"/>
        <w:autoSpaceDN w:val="0"/>
        <w:spacing w:before="672" w:after="0" w:line="230" w:lineRule="auto"/>
        <w:ind w:right="2092"/>
        <w:jc w:val="right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(для 1–4 классов образовательных организаций)</w:t>
      </w:r>
    </w:p>
    <w:p w:rsidR="00865005" w:rsidRDefault="00865005" w:rsidP="00F54E76">
      <w:pPr>
        <w:autoSpaceDE w:val="0"/>
        <w:autoSpaceDN w:val="0"/>
        <w:spacing w:after="78" w:line="220" w:lineRule="exact"/>
        <w:jc w:val="right"/>
        <w:rPr>
          <w:lang w:val="ru-RU"/>
        </w:rPr>
      </w:pPr>
    </w:p>
    <w:p w:rsidR="00F54E76" w:rsidRDefault="00F54E76" w:rsidP="00F54E76">
      <w:pPr>
        <w:autoSpaceDE w:val="0"/>
        <w:autoSpaceDN w:val="0"/>
        <w:spacing w:after="78" w:line="220" w:lineRule="exact"/>
        <w:jc w:val="right"/>
        <w:rPr>
          <w:lang w:val="ru-RU"/>
        </w:rPr>
      </w:pPr>
      <w:r>
        <w:rPr>
          <w:lang w:val="ru-RU"/>
        </w:rPr>
        <w:t>Составил: учитель физической культуры</w:t>
      </w:r>
    </w:p>
    <w:p w:rsidR="00F54E76" w:rsidRPr="004261E5" w:rsidRDefault="00F54E76" w:rsidP="00F54E76">
      <w:pPr>
        <w:autoSpaceDE w:val="0"/>
        <w:autoSpaceDN w:val="0"/>
        <w:spacing w:after="78" w:line="220" w:lineRule="exact"/>
        <w:jc w:val="right"/>
        <w:rPr>
          <w:lang w:val="ru-RU"/>
        </w:rPr>
      </w:pPr>
      <w:proofErr w:type="spellStart"/>
      <w:r>
        <w:rPr>
          <w:lang w:val="ru-RU"/>
        </w:rPr>
        <w:t>Мугалимов</w:t>
      </w:r>
      <w:proofErr w:type="spellEnd"/>
      <w:r>
        <w:rPr>
          <w:lang w:val="ru-RU"/>
        </w:rPr>
        <w:t xml:space="preserve"> Ильдус </w:t>
      </w:r>
      <w:proofErr w:type="spellStart"/>
      <w:r>
        <w:rPr>
          <w:lang w:val="ru-RU"/>
        </w:rPr>
        <w:t>Равдатович</w:t>
      </w:r>
      <w:proofErr w:type="spellEnd"/>
    </w:p>
    <w:p w:rsidR="004261E5" w:rsidRDefault="004261E5">
      <w:pPr>
        <w:autoSpaceDE w:val="0"/>
        <w:autoSpaceDN w:val="0"/>
        <w:spacing w:after="0" w:line="230" w:lineRule="auto"/>
        <w:ind w:right="332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261E5" w:rsidRDefault="004261E5">
      <w:pPr>
        <w:autoSpaceDE w:val="0"/>
        <w:autoSpaceDN w:val="0"/>
        <w:spacing w:after="0" w:line="230" w:lineRule="auto"/>
        <w:ind w:right="332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261E5" w:rsidRDefault="004261E5">
      <w:pPr>
        <w:autoSpaceDE w:val="0"/>
        <w:autoSpaceDN w:val="0"/>
        <w:spacing w:after="0" w:line="230" w:lineRule="auto"/>
        <w:ind w:right="332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261E5" w:rsidRDefault="004261E5">
      <w:pPr>
        <w:autoSpaceDE w:val="0"/>
        <w:autoSpaceDN w:val="0"/>
        <w:spacing w:after="0" w:line="230" w:lineRule="auto"/>
        <w:ind w:right="332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261E5" w:rsidRDefault="004261E5">
      <w:pPr>
        <w:autoSpaceDE w:val="0"/>
        <w:autoSpaceDN w:val="0"/>
        <w:spacing w:after="0" w:line="230" w:lineRule="auto"/>
        <w:ind w:right="332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261E5" w:rsidRDefault="004261E5">
      <w:pPr>
        <w:autoSpaceDE w:val="0"/>
        <w:autoSpaceDN w:val="0"/>
        <w:spacing w:after="0" w:line="230" w:lineRule="auto"/>
        <w:ind w:right="332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261E5" w:rsidRDefault="004261E5">
      <w:pPr>
        <w:autoSpaceDE w:val="0"/>
        <w:autoSpaceDN w:val="0"/>
        <w:spacing w:after="0" w:line="230" w:lineRule="auto"/>
        <w:ind w:right="332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261E5" w:rsidRDefault="004261E5">
      <w:pPr>
        <w:autoSpaceDE w:val="0"/>
        <w:autoSpaceDN w:val="0"/>
        <w:spacing w:after="0" w:line="230" w:lineRule="auto"/>
        <w:ind w:right="332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261E5" w:rsidRDefault="004261E5">
      <w:pPr>
        <w:autoSpaceDE w:val="0"/>
        <w:autoSpaceDN w:val="0"/>
        <w:spacing w:after="0" w:line="230" w:lineRule="auto"/>
        <w:ind w:right="332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865005" w:rsidRPr="004261E5" w:rsidRDefault="004261E5">
      <w:pPr>
        <w:autoSpaceDE w:val="0"/>
        <w:autoSpaceDN w:val="0"/>
        <w:spacing w:after="0" w:line="230" w:lineRule="auto"/>
        <w:ind w:right="3324"/>
        <w:jc w:val="right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Старый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Акбуляк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865005" w:rsidRPr="004261E5" w:rsidRDefault="00865005">
      <w:pPr>
        <w:rPr>
          <w:lang w:val="ru-RU"/>
        </w:rPr>
        <w:sectPr w:rsidR="00865005" w:rsidRPr="004261E5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865005" w:rsidRPr="004261E5" w:rsidRDefault="00865005">
      <w:pPr>
        <w:autoSpaceDE w:val="0"/>
        <w:autoSpaceDN w:val="0"/>
        <w:spacing w:after="78" w:line="220" w:lineRule="exact"/>
        <w:rPr>
          <w:lang w:val="ru-RU"/>
        </w:rPr>
      </w:pPr>
    </w:p>
    <w:p w:rsidR="00865005" w:rsidRPr="004261E5" w:rsidRDefault="004261E5">
      <w:pPr>
        <w:autoSpaceDE w:val="0"/>
        <w:autoSpaceDN w:val="0"/>
        <w:spacing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865005" w:rsidRPr="004261E5" w:rsidRDefault="004261E5">
      <w:pPr>
        <w:autoSpaceDE w:val="0"/>
        <w:autoSpaceDN w:val="0"/>
        <w:spacing w:before="346" w:after="0"/>
        <w:ind w:right="432"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865005" w:rsidRPr="004261E5" w:rsidRDefault="004261E5">
      <w:pPr>
        <w:autoSpaceDE w:val="0"/>
        <w:autoSpaceDN w:val="0"/>
        <w:spacing w:before="70" w:after="0"/>
        <w:ind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нашли своё отражение объективно сложившиеся реалии современного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социокультурного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865005" w:rsidRPr="004261E5" w:rsidRDefault="004261E5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«Физическая культура» имеет важное значение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младших школьников в самостоятельные занятия физической культурой и спортом.</w:t>
      </w:r>
    </w:p>
    <w:p w:rsidR="00865005" w:rsidRPr="004261E5" w:rsidRDefault="004261E5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Целью 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прикладноориентированной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направленности.</w:t>
      </w:r>
    </w:p>
    <w:p w:rsidR="00865005" w:rsidRPr="004261E5" w:rsidRDefault="004261E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Развивающая ориентация учебного предмета «Физическая культура»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</w:p>
    <w:p w:rsidR="00865005" w:rsidRPr="004261E5" w:rsidRDefault="004261E5">
      <w:pPr>
        <w:autoSpaceDE w:val="0"/>
        <w:autoSpaceDN w:val="0"/>
        <w:spacing w:before="70" w:after="0" w:line="281" w:lineRule="auto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865005" w:rsidRPr="004261E5" w:rsidRDefault="004261E5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865005" w:rsidRPr="004261E5" w:rsidRDefault="004261E5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является личностно-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деятельностный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подход, ориентирующий педагогический процесс на развитие целостной личности обучающихся.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:rsidR="00865005" w:rsidRPr="004261E5" w:rsidRDefault="004261E5">
      <w:pPr>
        <w:autoSpaceDE w:val="0"/>
        <w:autoSpaceDN w:val="0"/>
        <w:spacing w:before="70" w:after="0"/>
        <w:ind w:right="144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операциональный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</w:t>
      </w:r>
    </w:p>
    <w:p w:rsidR="00865005" w:rsidRPr="004261E5" w:rsidRDefault="004261E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4261E5">
        <w:rPr>
          <w:lang w:val="ru-RU"/>
        </w:rPr>
        <w:tab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</w:t>
      </w:r>
    </w:p>
    <w:p w:rsidR="00865005" w:rsidRPr="004261E5" w:rsidRDefault="00865005">
      <w:pPr>
        <w:rPr>
          <w:lang w:val="ru-RU"/>
        </w:rPr>
        <w:sectPr w:rsidR="00865005" w:rsidRPr="004261E5">
          <w:pgSz w:w="11900" w:h="16840"/>
          <w:pgMar w:top="298" w:right="644" w:bottom="290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865005" w:rsidRPr="004261E5" w:rsidRDefault="00865005">
      <w:pPr>
        <w:autoSpaceDE w:val="0"/>
        <w:autoSpaceDN w:val="0"/>
        <w:spacing w:after="96" w:line="220" w:lineRule="exact"/>
        <w:rPr>
          <w:lang w:val="ru-RU"/>
        </w:rPr>
      </w:pPr>
    </w:p>
    <w:p w:rsidR="00865005" w:rsidRPr="004261E5" w:rsidRDefault="004261E5">
      <w:pPr>
        <w:autoSpaceDE w:val="0"/>
        <w:autoSpaceDN w:val="0"/>
        <w:spacing w:after="0"/>
        <w:ind w:right="144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вводится образовательный модуль «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Прикладно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-ориентированная физическая культура». Данный модуль позволит удовлетворить интересы учащихся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865005" w:rsidRPr="004261E5" w:rsidRDefault="004261E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4261E5">
        <w:rPr>
          <w:lang w:val="ru-RU"/>
        </w:rPr>
        <w:tab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Содержание модуля «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Прикладно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-ориентированная физическая культура», обеспечивается Примерными программами по видам спорта,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Помимо Примерных программ, рекомендуемых Министерством просвещения РФ, образовательные организации могут разрабатывать своё содержание для модуля «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Прикладно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основывающиеся на этнокультурных, исторических и современных традициях региона и школы. </w:t>
      </w:r>
      <w:r w:rsidRPr="004261E5">
        <w:rPr>
          <w:lang w:val="ru-RU"/>
        </w:rPr>
        <w:tab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в себя личностные,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предметные результаты.</w:t>
      </w:r>
    </w:p>
    <w:p w:rsidR="00865005" w:rsidRPr="004261E5" w:rsidRDefault="004261E5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представлены в программе за весь период обучения в начальной школе;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предметные результаты — за каждый год обучения.</w:t>
      </w:r>
    </w:p>
    <w:p w:rsidR="00865005" w:rsidRPr="004261E5" w:rsidRDefault="004261E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Результативность освоения учебного предмета учащимися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865005" w:rsidRPr="004261E5" w:rsidRDefault="004261E5">
      <w:pPr>
        <w:autoSpaceDE w:val="0"/>
        <w:autoSpaceDN w:val="0"/>
        <w:spacing w:before="190" w:after="0"/>
        <w:ind w:firstLine="180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«Физическая культура» в учебном плане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учебного предмета «Физическая культура» в начальной школе составляет 270 ч (два часа в неделю в каждом классе): 1 класс — 66 ч; 2 класс — 68 ч; 3 класс— 68 ч; 4 класс — 68 ч.</w:t>
      </w:r>
    </w:p>
    <w:p w:rsidR="00865005" w:rsidRPr="004261E5" w:rsidRDefault="00865005">
      <w:pPr>
        <w:rPr>
          <w:lang w:val="ru-RU"/>
        </w:rPr>
        <w:sectPr w:rsidR="00865005" w:rsidRPr="004261E5">
          <w:pgSz w:w="11900" w:h="16840"/>
          <w:pgMar w:top="316" w:right="760" w:bottom="1440" w:left="666" w:header="720" w:footer="720" w:gutter="0"/>
          <w:cols w:space="720" w:equalWidth="0">
            <w:col w:w="10474" w:space="0"/>
          </w:cols>
          <w:docGrid w:linePitch="360"/>
        </w:sectPr>
      </w:pPr>
    </w:p>
    <w:p w:rsidR="00865005" w:rsidRPr="004261E5" w:rsidRDefault="00865005">
      <w:pPr>
        <w:autoSpaceDE w:val="0"/>
        <w:autoSpaceDN w:val="0"/>
        <w:spacing w:after="78" w:line="220" w:lineRule="exact"/>
        <w:rPr>
          <w:lang w:val="ru-RU"/>
        </w:rPr>
      </w:pPr>
    </w:p>
    <w:p w:rsidR="00865005" w:rsidRPr="004261E5" w:rsidRDefault="004261E5">
      <w:pPr>
        <w:autoSpaceDE w:val="0"/>
        <w:autoSpaceDN w:val="0"/>
        <w:spacing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865005" w:rsidRPr="004261E5" w:rsidRDefault="004261E5">
      <w:pPr>
        <w:autoSpaceDE w:val="0"/>
        <w:autoSpaceDN w:val="0"/>
        <w:spacing w:before="346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865005" w:rsidRPr="004261E5" w:rsidRDefault="004261E5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4261E5">
        <w:rPr>
          <w:lang w:val="ru-RU"/>
        </w:rPr>
        <w:tab/>
      </w:r>
      <w:r w:rsidRPr="004261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Знания о физической культуре.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Понятие «физическая культура» как занятия физическими упражнениями и спортом по укреплению здоровья, физическому развитию и физической подготовке.</w:t>
      </w:r>
    </w:p>
    <w:p w:rsidR="00865005" w:rsidRPr="004261E5" w:rsidRDefault="004261E5">
      <w:pPr>
        <w:autoSpaceDE w:val="0"/>
        <w:autoSpaceDN w:val="0"/>
        <w:spacing w:before="70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Связь физических упражнений с движениями животных и трудовыми действиями древних людей.</w:t>
      </w:r>
    </w:p>
    <w:p w:rsidR="00865005" w:rsidRPr="004261E5" w:rsidRDefault="004261E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261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Способы самостоятельной деятельности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 Режим дня и правила его составления и соблюдения.</w:t>
      </w:r>
    </w:p>
    <w:p w:rsidR="00865005" w:rsidRPr="004261E5" w:rsidRDefault="004261E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4261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Физическое </w:t>
      </w:r>
      <w:proofErr w:type="spellStart"/>
      <w:proofErr w:type="gramStart"/>
      <w:r w:rsidRPr="004261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совершенствование.</w:t>
      </w:r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Оздоровительная</w:t>
      </w:r>
      <w:proofErr w:type="spellEnd"/>
      <w:proofErr w:type="gramEnd"/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физическая культура.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865005" w:rsidRPr="004261E5" w:rsidRDefault="004261E5">
      <w:pPr>
        <w:tabs>
          <w:tab w:val="left" w:pos="180"/>
        </w:tabs>
        <w:autoSpaceDE w:val="0"/>
        <w:autoSpaceDN w:val="0"/>
        <w:spacing w:before="72" w:after="0" w:line="262" w:lineRule="auto"/>
        <w:ind w:right="720"/>
        <w:rPr>
          <w:lang w:val="ru-RU"/>
        </w:rPr>
      </w:pPr>
      <w:r w:rsidRPr="004261E5">
        <w:rPr>
          <w:lang w:val="ru-RU"/>
        </w:rPr>
        <w:tab/>
      </w:r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Спортивно-оздоровительная физическая культура.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Правила поведения на уроках физической культуры, подбора одежды для занятий в спортивном зале и на открытом воздухе.</w:t>
      </w:r>
    </w:p>
    <w:p w:rsidR="00865005" w:rsidRPr="004261E5" w:rsidRDefault="004261E5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Гимнастика с основами акробатики. 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месте; повороты направо и налево; передвижение в колонне по одному с равномерной скоростью.</w:t>
      </w:r>
    </w:p>
    <w:p w:rsidR="00865005" w:rsidRPr="004261E5" w:rsidRDefault="004261E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261E5">
        <w:rPr>
          <w:lang w:val="ru-RU"/>
        </w:rPr>
        <w:tab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Гимнастические упражнения: стилизованные способы передвижения ходьбой и бегом; упражнения с гимнастическим мячом и гимнастической скакалкой; стилизованные гимнастические прыжки.</w:t>
      </w:r>
    </w:p>
    <w:p w:rsidR="00865005" w:rsidRPr="004261E5" w:rsidRDefault="004261E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Акробатические упражнения: подъём туловища из положения лёжа на спине и животе; подъём ног из положения лёжа на животе; сгибание рук в положении упор лёжа; прыжки в группировке, толчком двумя ногами; прыжки в упоре на руки, толчком двумя ногами.</w:t>
      </w:r>
    </w:p>
    <w:p w:rsidR="00865005" w:rsidRPr="004261E5" w:rsidRDefault="004261E5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4261E5">
        <w:rPr>
          <w:lang w:val="ru-RU"/>
        </w:rPr>
        <w:tab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Лыжная подготовка. 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  <w:r w:rsidRPr="004261E5">
        <w:rPr>
          <w:lang w:val="ru-RU"/>
        </w:rPr>
        <w:tab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Лёгкая атлетика. Равномерная ходьба и равномерный бег. Прыжки в длину и высоту с места толчком двумя ногами, в высоту с прямого разбега.</w:t>
      </w:r>
    </w:p>
    <w:p w:rsidR="00865005" w:rsidRPr="004261E5" w:rsidRDefault="004261E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Подвижные и спортивные игры. Считалки для самостоятельной организации подвижных игр.</w:t>
      </w:r>
    </w:p>
    <w:p w:rsidR="00865005" w:rsidRPr="004261E5" w:rsidRDefault="004261E5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proofErr w:type="spellStart"/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Прикладно</w:t>
      </w:r>
      <w:proofErr w:type="spellEnd"/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-ориентированная физическая культура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 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865005" w:rsidRPr="004261E5" w:rsidRDefault="004261E5">
      <w:pPr>
        <w:autoSpaceDE w:val="0"/>
        <w:autoSpaceDN w:val="0"/>
        <w:spacing w:before="262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865005" w:rsidRPr="004261E5" w:rsidRDefault="004261E5">
      <w:pPr>
        <w:tabs>
          <w:tab w:val="left" w:pos="180"/>
        </w:tabs>
        <w:autoSpaceDE w:val="0"/>
        <w:autoSpaceDN w:val="0"/>
        <w:spacing w:before="168" w:after="0" w:line="262" w:lineRule="auto"/>
        <w:ind w:right="576"/>
        <w:rPr>
          <w:lang w:val="ru-RU"/>
        </w:rPr>
      </w:pPr>
      <w:r w:rsidRPr="004261E5">
        <w:rPr>
          <w:lang w:val="ru-RU"/>
        </w:rPr>
        <w:tab/>
      </w:r>
      <w:r w:rsidRPr="004261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Знания о физической культуре.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Из истории возникновения физических упражнений и первых соревнований. Зарождение Олимпийских игр древности.</w:t>
      </w:r>
    </w:p>
    <w:p w:rsidR="00865005" w:rsidRPr="004261E5" w:rsidRDefault="004261E5">
      <w:pPr>
        <w:autoSpaceDE w:val="0"/>
        <w:autoSpaceDN w:val="0"/>
        <w:spacing w:before="72" w:after="0" w:line="271" w:lineRule="auto"/>
        <w:ind w:right="432" w:firstLine="180"/>
        <w:rPr>
          <w:lang w:val="ru-RU"/>
        </w:rPr>
      </w:pPr>
      <w:r w:rsidRPr="004261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Способы самостоятельной деятельности</w:t>
      </w:r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865005" w:rsidRPr="004261E5" w:rsidRDefault="004261E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4261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Физическое совершенствование.</w:t>
      </w:r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Оздоровительная физическая культура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 Закаливание организма обтиранием. Составление комплекса утренней зарядки и физкультминутки для занятий в домашних условиях.</w:t>
      </w:r>
    </w:p>
    <w:p w:rsidR="00865005" w:rsidRPr="004261E5" w:rsidRDefault="004261E5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Спортивно-оздоровительная физическая культура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 Гимнастика с основами акробатики. 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865005" w:rsidRPr="004261E5" w:rsidRDefault="004261E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</w:t>
      </w:r>
    </w:p>
    <w:p w:rsidR="00865005" w:rsidRPr="004261E5" w:rsidRDefault="00865005">
      <w:pPr>
        <w:rPr>
          <w:lang w:val="ru-RU"/>
        </w:rPr>
        <w:sectPr w:rsidR="00865005" w:rsidRPr="004261E5">
          <w:pgSz w:w="11900" w:h="16840"/>
          <w:pgMar w:top="298" w:right="624" w:bottom="432" w:left="666" w:header="720" w:footer="720" w:gutter="0"/>
          <w:cols w:space="720" w:equalWidth="0">
            <w:col w:w="10610" w:space="0"/>
          </w:cols>
          <w:docGrid w:linePitch="360"/>
        </w:sectPr>
      </w:pPr>
    </w:p>
    <w:p w:rsidR="00865005" w:rsidRPr="004261E5" w:rsidRDefault="00865005">
      <w:pPr>
        <w:autoSpaceDE w:val="0"/>
        <w:autoSpaceDN w:val="0"/>
        <w:spacing w:after="78" w:line="220" w:lineRule="exact"/>
        <w:rPr>
          <w:lang w:val="ru-RU"/>
        </w:rPr>
      </w:pPr>
    </w:p>
    <w:p w:rsidR="00865005" w:rsidRPr="004261E5" w:rsidRDefault="004261E5">
      <w:pPr>
        <w:autoSpaceDE w:val="0"/>
        <w:autoSpaceDN w:val="0"/>
        <w:spacing w:after="0" w:line="271" w:lineRule="auto"/>
        <w:ind w:right="144"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Лыжная подготовка. Правила поведения на занятиях лыжной подготовкой. Упражнения на лыжах: передвижение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двухшажным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попеременным ходом; спуск с небольшого склона в основной стойке; торможение лыжными палками на учебной трассе и падением на бок во время спуска.</w:t>
      </w:r>
    </w:p>
    <w:p w:rsidR="00865005" w:rsidRPr="004261E5" w:rsidRDefault="004261E5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Лёгкая атлетика. 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</w:t>
      </w:r>
    </w:p>
    <w:p w:rsidR="00865005" w:rsidRPr="004261E5" w:rsidRDefault="004261E5">
      <w:pPr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положений; змейкой; по кругу;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обеганием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предметов; с преодолением небольших препятствий.</w:t>
      </w:r>
    </w:p>
    <w:p w:rsidR="00865005" w:rsidRPr="004261E5" w:rsidRDefault="004261E5">
      <w:pPr>
        <w:tabs>
          <w:tab w:val="left" w:pos="180"/>
        </w:tabs>
        <w:autoSpaceDE w:val="0"/>
        <w:autoSpaceDN w:val="0"/>
        <w:spacing w:before="72" w:after="0" w:line="271" w:lineRule="auto"/>
        <w:rPr>
          <w:lang w:val="ru-RU"/>
        </w:rPr>
      </w:pPr>
      <w:r w:rsidRPr="004261E5">
        <w:rPr>
          <w:lang w:val="ru-RU"/>
        </w:rPr>
        <w:tab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Подвижные игры. Подвижные игры с техническими приёмами спортивных игр (баскетбол, футбол). </w:t>
      </w:r>
      <w:r w:rsidRPr="004261E5">
        <w:rPr>
          <w:lang w:val="ru-RU"/>
        </w:rPr>
        <w:tab/>
      </w:r>
      <w:proofErr w:type="spellStart"/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Прикладно</w:t>
      </w:r>
      <w:proofErr w:type="spellEnd"/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-ориентированная физическая культура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 Подготовка к соревнованиям по комплексу ГТО. Развитие основных физических качеств средствами подвижных и спортивных игр.</w:t>
      </w:r>
    </w:p>
    <w:p w:rsidR="00865005" w:rsidRPr="004261E5" w:rsidRDefault="004261E5">
      <w:pPr>
        <w:autoSpaceDE w:val="0"/>
        <w:autoSpaceDN w:val="0"/>
        <w:spacing w:before="262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865005" w:rsidRPr="004261E5" w:rsidRDefault="004261E5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4261E5">
        <w:rPr>
          <w:lang w:val="ru-RU"/>
        </w:rPr>
        <w:tab/>
      </w:r>
      <w:r w:rsidRPr="004261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Знания о физической культуре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 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865005" w:rsidRPr="004261E5" w:rsidRDefault="004261E5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4261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Способы самостоятельной деятельности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Виды физических упражнений, используемых на уроках физической культуры: общеразвивающие, подготовительные, соревновательные, их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физкультминутки и утренней зарядки. Составление графика занятий по развитию физических качеств на учебный год.</w:t>
      </w:r>
    </w:p>
    <w:p w:rsidR="00865005" w:rsidRPr="004261E5" w:rsidRDefault="004261E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4261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Физическое </w:t>
      </w:r>
      <w:proofErr w:type="spellStart"/>
      <w:proofErr w:type="gramStart"/>
      <w:r w:rsidRPr="004261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совершенствование</w:t>
      </w: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Оздоровительная</w:t>
      </w:r>
      <w:proofErr w:type="spellEnd"/>
      <w:proofErr w:type="gramEnd"/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физическая культура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 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865005" w:rsidRPr="004261E5" w:rsidRDefault="004261E5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Спортивно-оздоровительная физическая культура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Гимнастика с основами акробатики. Строевые упражнения в движении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противоходом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; перестроении из колонны по одному в колонну по три, стоя на месте и в движении. Упражнения в лазании по канату в три приёма. Упражнения на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руками; приставным шагом правым и левым боком.</w:t>
      </w:r>
    </w:p>
    <w:p w:rsidR="00865005" w:rsidRPr="004261E5" w:rsidRDefault="004261E5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Упражнения в передвижении по гимнастической стенке: ходьба приставным шагом правым и левым боком по нижней жерди; лазанье разноимённым способом. Прыжки через скакалку с изменяющейся скоростью вращения на двух ногах и поочерёдно на правой и левой ноге; прыжки через скакалку назад с равномерной скоростью. Ритмическая гимнастика: стилизованные наклоны и повороты туловища с изменением положения рук; стилизованные шаги на месте в сочетании с движением рук, ног и туловища. Упражнения в танцах галоп и полька.</w:t>
      </w:r>
    </w:p>
    <w:p w:rsidR="00865005" w:rsidRPr="004261E5" w:rsidRDefault="004261E5">
      <w:pPr>
        <w:autoSpaceDE w:val="0"/>
        <w:autoSpaceDN w:val="0"/>
        <w:spacing w:before="70" w:after="0"/>
        <w:ind w:right="432"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Лёгкая атлетика. 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бег; бег с преодолением препятствий; с ускорением и торможением; максимальной скоростью на дистанции 30 м.</w:t>
      </w:r>
    </w:p>
    <w:p w:rsidR="00865005" w:rsidRPr="004261E5" w:rsidRDefault="004261E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261E5">
        <w:rPr>
          <w:lang w:val="ru-RU"/>
        </w:rPr>
        <w:tab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Лыжная подготовка. Передвижение одновременным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двухшажным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ходом. Упражнения в поворотах на лыжах переступанием стоя на месте и в движении. Торможение плугом.</w:t>
      </w:r>
    </w:p>
    <w:p w:rsidR="00865005" w:rsidRPr="004261E5" w:rsidRDefault="00865005">
      <w:pPr>
        <w:rPr>
          <w:lang w:val="ru-RU"/>
        </w:rPr>
        <w:sectPr w:rsidR="00865005" w:rsidRPr="004261E5">
          <w:pgSz w:w="11900" w:h="16840"/>
          <w:pgMar w:top="298" w:right="650" w:bottom="45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65005" w:rsidRPr="004261E5" w:rsidRDefault="00865005">
      <w:pPr>
        <w:autoSpaceDE w:val="0"/>
        <w:autoSpaceDN w:val="0"/>
        <w:spacing w:after="78" w:line="220" w:lineRule="exact"/>
        <w:rPr>
          <w:lang w:val="ru-RU"/>
        </w:rPr>
      </w:pPr>
    </w:p>
    <w:p w:rsidR="00865005" w:rsidRPr="004261E5" w:rsidRDefault="004261E5">
      <w:pPr>
        <w:autoSpaceDE w:val="0"/>
        <w:autoSpaceDN w:val="0"/>
        <w:spacing w:after="0"/>
        <w:ind w:right="288"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Плавательная подготовка. Правила поведения в бассейне. Виды современного спортивного плавания: кроль на груди и спине; брас. Упражнения ознакомительного плавания: передвижение по дну ходьбой и прыжками; погружение в воду и всплывание; скольжение на воде. Упражнения в плавании кролем на груди.</w:t>
      </w:r>
    </w:p>
    <w:p w:rsidR="00865005" w:rsidRPr="004261E5" w:rsidRDefault="004261E5">
      <w:pPr>
        <w:autoSpaceDE w:val="0"/>
        <w:autoSpaceDN w:val="0"/>
        <w:spacing w:before="70" w:after="0"/>
        <w:ind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Подвижные и спортивные игры. Подвижные игры на точность движений с приёмами спортивных игр и лыжной подготовки. Баскетбол: ведение баскетбольного мяча; ловля и передача баскетбольного мяча. Волейбол: прямая нижняя подача; приём и передача мяча снизу двумя руками на месте и в движении. Футбол: ведение футбольного мяча; удар по неподвижному футбольному мячу.</w:t>
      </w:r>
    </w:p>
    <w:p w:rsidR="00865005" w:rsidRPr="004261E5" w:rsidRDefault="004261E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proofErr w:type="spellStart"/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Прикладно</w:t>
      </w:r>
      <w:proofErr w:type="spellEnd"/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-ориентированная физическая культура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 Развитие основных физических качеств средствами базовых видов спорта. Подготовка к выполнению нормативных требований комплекса ГТО.</w:t>
      </w:r>
    </w:p>
    <w:p w:rsidR="00865005" w:rsidRPr="004261E5" w:rsidRDefault="004261E5">
      <w:pPr>
        <w:autoSpaceDE w:val="0"/>
        <w:autoSpaceDN w:val="0"/>
        <w:spacing w:before="264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865005" w:rsidRPr="004261E5" w:rsidRDefault="004261E5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4261E5">
        <w:rPr>
          <w:lang w:val="ru-RU"/>
        </w:rPr>
        <w:tab/>
      </w:r>
      <w:r w:rsidRPr="004261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Знания о физической культуре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 Из истории развития физической культуры в России. Развитие национальных видов спорта в России.</w:t>
      </w:r>
    </w:p>
    <w:p w:rsidR="00865005" w:rsidRPr="004261E5" w:rsidRDefault="004261E5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4261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Способы самостоятельной деятельности.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865005" w:rsidRPr="004261E5" w:rsidRDefault="004261E5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4261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Физическое </w:t>
      </w:r>
      <w:proofErr w:type="spellStart"/>
      <w:proofErr w:type="gramStart"/>
      <w:r w:rsidRPr="004261E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совершенствование.</w:t>
      </w:r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Оздоровительная</w:t>
      </w:r>
      <w:proofErr w:type="spellEnd"/>
      <w:proofErr w:type="gramEnd"/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физическая культура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 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водоёмах; солнечные и воздушные процедуры.</w:t>
      </w:r>
    </w:p>
    <w:p w:rsidR="00865005" w:rsidRPr="004261E5" w:rsidRDefault="004261E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Спортивно-оздоровительная физическая культура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 Гимнастика с основами акробатики.</w:t>
      </w:r>
    </w:p>
    <w:p w:rsidR="00865005" w:rsidRPr="004261E5" w:rsidRDefault="004261E5">
      <w:pPr>
        <w:autoSpaceDE w:val="0"/>
        <w:autoSpaceDN w:val="0"/>
        <w:spacing w:before="70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Предупреждение травматизма при выполнении гимнастических и акробатических упражнений.</w:t>
      </w:r>
    </w:p>
    <w:p w:rsidR="00865005" w:rsidRPr="004261E5" w:rsidRDefault="004261E5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напрыгивания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енка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865005" w:rsidRPr="004261E5" w:rsidRDefault="004261E5">
      <w:pPr>
        <w:autoSpaceDE w:val="0"/>
        <w:autoSpaceDN w:val="0"/>
        <w:spacing w:before="72" w:after="0"/>
        <w:ind w:right="144"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Лёгкая атлетика. Предупреждение травматизма во время выполнения легкоатлетических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упражнений. Прыжок в высоту с разбега перешагиванием. Технические действия при беге по легкоатлетической дистанции: низкий старт; стартовое ускорение, финиширование. Метание малого мяча на дальность стоя на месте.</w:t>
      </w:r>
    </w:p>
    <w:p w:rsidR="00865005" w:rsidRPr="004261E5" w:rsidRDefault="004261E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Лыжная подготовка. Предупреждение травматизма во время занятий лыжной подготовкой.</w:t>
      </w:r>
    </w:p>
    <w:p w:rsidR="00865005" w:rsidRPr="004261E5" w:rsidRDefault="004261E5">
      <w:pPr>
        <w:autoSpaceDE w:val="0"/>
        <w:autoSpaceDN w:val="0"/>
        <w:spacing w:before="70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Упражнения в передвижении на лыжах одновременным одношажным ходом.</w:t>
      </w:r>
    </w:p>
    <w:p w:rsidR="00865005" w:rsidRPr="004261E5" w:rsidRDefault="004261E5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Плавательная подготовка. Предупреждение травматизма во время занятий плавательной подготовкой. Упражнения в плавании кролем на груди; ознакомительные упражнения в плавании кролем на спине.</w:t>
      </w:r>
    </w:p>
    <w:p w:rsidR="00865005" w:rsidRPr="004261E5" w:rsidRDefault="004261E5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Подвижные и спортивные игры. Предупреждение травматизма на занятиях подвижными играми. Подвижные игры общефизической подготовки. Волейбол: нижняя боковая подача; приём и передача мяча сверху; выполнение освоенных технических действий в условиях игровой деятельности. Баскетбол: бросок мяча двумя руками от груди с места; выполнение освоенных технических действий в условиях игровой деятельности. Футбол: остановки катящегося мяча внутренней стороной стопы;</w:t>
      </w:r>
    </w:p>
    <w:p w:rsidR="00865005" w:rsidRPr="004261E5" w:rsidRDefault="00865005">
      <w:pPr>
        <w:rPr>
          <w:lang w:val="ru-RU"/>
        </w:rPr>
        <w:sectPr w:rsidR="00865005" w:rsidRPr="004261E5">
          <w:pgSz w:w="11900" w:h="16840"/>
          <w:pgMar w:top="298" w:right="664" w:bottom="452" w:left="666" w:header="720" w:footer="720" w:gutter="0"/>
          <w:cols w:space="720" w:equalWidth="0">
            <w:col w:w="10570" w:space="0"/>
          </w:cols>
          <w:docGrid w:linePitch="360"/>
        </w:sectPr>
      </w:pPr>
    </w:p>
    <w:p w:rsidR="00865005" w:rsidRPr="004261E5" w:rsidRDefault="00865005">
      <w:pPr>
        <w:autoSpaceDE w:val="0"/>
        <w:autoSpaceDN w:val="0"/>
        <w:spacing w:after="66" w:line="220" w:lineRule="exact"/>
        <w:rPr>
          <w:lang w:val="ru-RU"/>
        </w:rPr>
      </w:pPr>
    </w:p>
    <w:p w:rsidR="00865005" w:rsidRPr="004261E5" w:rsidRDefault="004261E5">
      <w:pPr>
        <w:autoSpaceDE w:val="0"/>
        <w:autoSpaceDN w:val="0"/>
        <w:spacing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выполнение освоенных технических действий в условиях игровой деятельности.</w:t>
      </w:r>
    </w:p>
    <w:p w:rsidR="00865005" w:rsidRPr="004261E5" w:rsidRDefault="004261E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proofErr w:type="spellStart"/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Прикладно</w:t>
      </w:r>
      <w:proofErr w:type="spellEnd"/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-ориентированная физическая культура. 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FA5ACC" w:rsidRDefault="00FA5AC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65005" w:rsidRPr="004261E5" w:rsidRDefault="004261E5">
      <w:pPr>
        <w:autoSpaceDE w:val="0"/>
        <w:autoSpaceDN w:val="0"/>
        <w:spacing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865005" w:rsidRPr="004261E5" w:rsidRDefault="004261E5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865005" w:rsidRPr="004261E5" w:rsidRDefault="004261E5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4261E5">
        <w:rPr>
          <w:lang w:val="ru-RU"/>
        </w:rPr>
        <w:tab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  <w:r w:rsidRPr="004261E5">
        <w:rPr>
          <w:lang w:val="ru-RU"/>
        </w:rPr>
        <w:tab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основе:</w:t>
      </w:r>
    </w:p>
    <w:p w:rsidR="00865005" w:rsidRPr="004261E5" w:rsidRDefault="004261E5">
      <w:pPr>
        <w:autoSpaceDE w:val="0"/>
        <w:autoSpaceDN w:val="0"/>
        <w:spacing w:before="180" w:after="0" w:line="262" w:lineRule="auto"/>
        <w:ind w:left="420" w:right="432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 w:right="144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формированию культуры здоровья, соблюдению правил здорового образа жизни;</w:t>
      </w:r>
    </w:p>
    <w:p w:rsidR="00865005" w:rsidRPr="004261E5" w:rsidRDefault="004261E5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865005" w:rsidRPr="004261E5" w:rsidRDefault="004261E5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proofErr w:type="spellStart"/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</w:t>
      </w:r>
      <w:proofErr w:type="spellEnd"/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результаты</w:t>
      </w:r>
    </w:p>
    <w:p w:rsidR="00865005" w:rsidRPr="004261E5" w:rsidRDefault="004261E5">
      <w:pPr>
        <w:autoSpaceDE w:val="0"/>
        <w:autoSpaceDN w:val="0"/>
        <w:spacing w:before="190" w:after="0"/>
        <w:ind w:right="720" w:firstLine="180"/>
        <w:rPr>
          <w:lang w:val="ru-RU"/>
        </w:rPr>
      </w:pP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отражают достижения учащихся в овладении познавательными, коммуникативными и регулятивными универсальными учебными действиями, умения их использовать в практической деятельности.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формируются на протяжении каждого года обучения.</w:t>
      </w:r>
    </w:p>
    <w:p w:rsidR="00865005" w:rsidRPr="004261E5" w:rsidRDefault="004261E5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По окончании первого </w:t>
      </w:r>
      <w:proofErr w:type="gram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года обучения</w:t>
      </w:r>
      <w:proofErr w:type="gram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учащиеся научатся:</w:t>
      </w:r>
    </w:p>
    <w:p w:rsidR="00865005" w:rsidRPr="004261E5" w:rsidRDefault="004261E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УУД:</w:t>
      </w:r>
    </w:p>
    <w:p w:rsidR="00865005" w:rsidRPr="004261E5" w:rsidRDefault="004261E5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находить общие и отличительные признаки в передвижениях человека и животных;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 w:right="1296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устанавливать связь между бытовыми движениями древних людей и физическими упражнениями из современных видов спорта;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 w:right="1152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сравнивать способы передвижения ходьбой и бегом, находить между ними общие и отличительные признаки;</w:t>
      </w:r>
    </w:p>
    <w:p w:rsidR="00865005" w:rsidRPr="004261E5" w:rsidRDefault="004261E5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выявлять признаки правильной и неправильной осанки, приводить возможные причины её нарушений;</w:t>
      </w:r>
    </w:p>
    <w:p w:rsidR="00865005" w:rsidRPr="004261E5" w:rsidRDefault="004261E5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УУД:</w:t>
      </w:r>
    </w:p>
    <w:p w:rsidR="00865005" w:rsidRPr="004261E5" w:rsidRDefault="004261E5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названия разучиваемых физических упражнений и их исходные положения; </w:t>
      </w:r>
    </w:p>
    <w:p w:rsidR="00865005" w:rsidRPr="004261E5" w:rsidRDefault="004261E5">
      <w:pPr>
        <w:autoSpaceDE w:val="0"/>
        <w:autoSpaceDN w:val="0"/>
        <w:spacing w:after="0" w:line="262" w:lineRule="auto"/>
        <w:ind w:left="420" w:right="288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865005" w:rsidRPr="004261E5" w:rsidRDefault="004261E5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 </w:t>
      </w:r>
    </w:p>
    <w:p w:rsidR="00865005" w:rsidRPr="004261E5" w:rsidRDefault="004261E5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обсуждать правила проведения подвижных игр, обосновывать объективность определения победителей;</w:t>
      </w:r>
    </w:p>
    <w:p w:rsidR="00865005" w:rsidRPr="004261E5" w:rsidRDefault="004261E5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4261E5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УУД:</w:t>
      </w:r>
    </w:p>
    <w:p w:rsidR="00865005" w:rsidRPr="004261E5" w:rsidRDefault="004261E5">
      <w:pPr>
        <w:autoSpaceDE w:val="0"/>
        <w:autoSpaceDN w:val="0"/>
        <w:spacing w:before="180" w:after="0" w:line="262" w:lineRule="auto"/>
        <w:ind w:left="420" w:right="288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комплексы физкультминуток, утренней зарядки, упражнений по профилактике нарушения и коррекции осанки; </w:t>
      </w:r>
    </w:p>
    <w:p w:rsidR="00865005" w:rsidRPr="004261E5" w:rsidRDefault="004261E5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выполнять учебные задания по обучению новым физическим упражнениям и развитию физических качеств;</w:t>
      </w:r>
    </w:p>
    <w:p w:rsidR="00865005" w:rsidRPr="004261E5" w:rsidRDefault="004261E5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проявлять уважительное отношение к участникам совместной игровой и соревновательной деятельности.</w:t>
      </w:r>
    </w:p>
    <w:p w:rsidR="00865005" w:rsidRPr="004261E5" w:rsidRDefault="004261E5">
      <w:pPr>
        <w:autoSpaceDE w:val="0"/>
        <w:autoSpaceDN w:val="0"/>
        <w:spacing w:before="418" w:after="0" w:line="230" w:lineRule="auto"/>
        <w:ind w:left="180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65005" w:rsidRPr="004261E5" w:rsidRDefault="004261E5">
      <w:pPr>
        <w:autoSpaceDE w:val="0"/>
        <w:autoSpaceDN w:val="0"/>
        <w:spacing w:before="262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865005" w:rsidRPr="004261E5" w:rsidRDefault="004261E5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в первом классе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865005" w:rsidRPr="004261E5" w:rsidRDefault="004261E5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основных дневных дел и их распределение в индивидуальном режиме дня;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поведения на уроках физической культурой, приводить примеры подбора одежды для самостоятельных занятий;</w:t>
      </w:r>
    </w:p>
    <w:p w:rsidR="00865005" w:rsidRPr="004261E5" w:rsidRDefault="004261E5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выполнять упражнения утренней зарядки и физкультминуток;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причины нарушения осанки и демонстрировать упражнения по профилактике её нарушения;</w:t>
      </w:r>
    </w:p>
    <w:p w:rsidR="00865005" w:rsidRPr="004261E5" w:rsidRDefault="004261E5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построение и перестроение из одной шеренги в две и в колонну по одному;</w:t>
      </w:r>
    </w:p>
    <w:p w:rsidR="00865005" w:rsidRPr="004261E5" w:rsidRDefault="004261E5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выполнять ходьбу и бег с равномерной и изменяющейся скоростью передвижения;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865005" w:rsidRPr="004261E5" w:rsidRDefault="004261E5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передвигаться на лыжах ступающим и скользящим шагом (без палок);</w:t>
      </w:r>
    </w:p>
    <w:p w:rsidR="00865005" w:rsidRPr="004261E5" w:rsidRDefault="004261E5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играть в подвижные игры с общеразвивающей направленностью.</w:t>
      </w:r>
    </w:p>
    <w:p w:rsidR="00FA5ACC" w:rsidRDefault="00FA5ACC">
      <w:pPr>
        <w:autoSpaceDE w:val="0"/>
        <w:autoSpaceDN w:val="0"/>
        <w:spacing w:before="32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65005" w:rsidRPr="004261E5" w:rsidRDefault="004261E5">
      <w:pPr>
        <w:autoSpaceDE w:val="0"/>
        <w:autoSpaceDN w:val="0"/>
        <w:spacing w:before="322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865005" w:rsidRPr="004261E5" w:rsidRDefault="004261E5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во втором классе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865005" w:rsidRPr="004261E5" w:rsidRDefault="004261E5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:rsidR="00865005" w:rsidRPr="004261E5" w:rsidRDefault="004261E5">
      <w:pPr>
        <w:autoSpaceDE w:val="0"/>
        <w:autoSpaceDN w:val="0"/>
        <w:spacing w:after="0" w:line="271" w:lineRule="auto"/>
        <w:ind w:left="420" w:right="432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</w:r>
    </w:p>
    <w:p w:rsidR="00865005" w:rsidRPr="004261E5" w:rsidRDefault="004261E5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танцевальный хороводный шаг в совместном передвижении;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выполнять прыжки по разметкам на разное расстояние и с разной амплитудой; в высоту с прямого разбега;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передвигаться на лыжах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двухшажным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переменным ходом; спускаться с пологого склона и тормозить падением;</w:t>
      </w:r>
    </w:p>
    <w:p w:rsidR="00865005" w:rsidRPr="004261E5" w:rsidRDefault="004261E5">
      <w:pPr>
        <w:autoSpaceDE w:val="0"/>
        <w:autoSpaceDN w:val="0"/>
        <w:spacing w:before="240" w:after="0" w:line="262" w:lineRule="auto"/>
        <w:ind w:left="420" w:right="576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организовывать и играть в подвижные игры на развитие основных физических качеств, с использованием технических приёмов из спортивных игр;</w:t>
      </w:r>
    </w:p>
    <w:p w:rsidR="00865005" w:rsidRPr="004261E5" w:rsidRDefault="004261E5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выполнять упражнения на развитие физических качеств.</w:t>
      </w:r>
    </w:p>
    <w:p w:rsidR="00865005" w:rsidRPr="004261E5" w:rsidRDefault="004261E5">
      <w:pPr>
        <w:autoSpaceDE w:val="0"/>
        <w:autoSpaceDN w:val="0"/>
        <w:spacing w:before="322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865005" w:rsidRPr="004261E5" w:rsidRDefault="004261E5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в третьем классе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865005" w:rsidRPr="004261E5" w:rsidRDefault="004261E5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во время выполнения гимнастических и акробатических упражнений; легкоатлетической, лыжной, игровой и плавательной подготовки;</w:t>
      </w:r>
    </w:p>
    <w:p w:rsidR="00865005" w:rsidRPr="004261E5" w:rsidRDefault="004261E5">
      <w:pPr>
        <w:autoSpaceDE w:val="0"/>
        <w:autoSpaceDN w:val="0"/>
        <w:spacing w:before="238" w:after="0" w:line="271" w:lineRule="auto"/>
        <w:ind w:left="420" w:right="1008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измерять частоту пульса и определять физическую нагрузку по её значениям с помощью таблицы стандартных нагрузок;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 w:right="1008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выполнять упражнения дыхательной и зрительной гимнастики, объяснять их связь с предупреждением появления утомления;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движение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противоходом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865005" w:rsidRPr="004261E5" w:rsidRDefault="004261E5">
      <w:pPr>
        <w:autoSpaceDE w:val="0"/>
        <w:autoSpaceDN w:val="0"/>
        <w:spacing w:before="240" w:after="0" w:line="271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выполнять ходьбу по гимнастической скамейке с высоким подниманием колен и изменением положения рук, поворотами в правую и левую сторону; двигаться приставным шагом левым и правым боком, спиной вперёд;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передвигаться по нижней жерди гимнастической стенки приставным шагом в правую и левую сторону; лазать разноимённым способом;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прыжки через скакалку на двух ногах и попеременно на правой и левой ноге;</w:t>
      </w:r>
    </w:p>
    <w:p w:rsidR="00865005" w:rsidRPr="004261E5" w:rsidRDefault="004261E5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упражнения ритмической гимнастики, движения танцев галоп и полька;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</w:t>
      </w:r>
    </w:p>
    <w:p w:rsidR="00865005" w:rsidRPr="004261E5" w:rsidRDefault="004261E5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передвигаться на лыжах одновременным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двухшажным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ходом, спускаться с пологого склона в стойке лыжника и тормозить плугом;</w:t>
      </w:r>
    </w:p>
    <w:p w:rsidR="00865005" w:rsidRPr="004261E5" w:rsidRDefault="004261E5" w:rsidP="00FA5ACC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выполнять технические действия спортивных игр: баскетбол (ведение баскетбольного мяча на</w:t>
      </w:r>
      <w:r w:rsidR="00FA5AC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месте и движении); волейбол (приём мяча снизу и нижняя передача в парах); футбол (ведение футбольного мяча змейкой);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выполнять упражнения на развитие физических качеств, демонстрировать приросты в их показателях.</w:t>
      </w:r>
    </w:p>
    <w:p w:rsidR="00865005" w:rsidRPr="004261E5" w:rsidRDefault="004261E5">
      <w:pPr>
        <w:tabs>
          <w:tab w:val="left" w:pos="180"/>
        </w:tabs>
        <w:autoSpaceDE w:val="0"/>
        <w:autoSpaceDN w:val="0"/>
        <w:spacing w:before="322" w:after="0" w:line="302" w:lineRule="auto"/>
        <w:ind w:right="3744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 КЛАСС </w:t>
      </w:r>
      <w:r w:rsidRPr="004261E5">
        <w:rPr>
          <w:lang w:val="ru-RU"/>
        </w:rPr>
        <w:br/>
      </w:r>
      <w:r w:rsidRPr="004261E5">
        <w:rPr>
          <w:lang w:val="ru-RU"/>
        </w:rPr>
        <w:tab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в четвёртом классе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865005" w:rsidRPr="004261E5" w:rsidRDefault="004261E5">
      <w:pPr>
        <w:autoSpaceDE w:val="0"/>
        <w:autoSpaceDN w:val="0"/>
        <w:spacing w:before="298" w:after="0" w:line="362" w:lineRule="auto"/>
        <w:ind w:left="4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объяснять назначение комплекса ГТО и выявлять его связь с подготовкой к труду и защите Родины;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осознавать положительное влияние занятий физической подготовкой на укрепление здоровья, развитие сердечно-сосудистой и дыхательной систем;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регулирования физической нагрузки по пульсу при развитии физических качеств: силы, быстроты, выносливости и гибкости;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оказания первой помощи при травмах во время самостоятельных занятий физической культурой и спортом; характеризовать причины их появления на занятиях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гимнастикой и лёгкой атлетикой, лыжной и плавательной подготовкой;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оказать первую помощь в случае необходимости;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акробатические комбинации из 5—7 хорошо освоенных упражнений (с помощью учителя);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демонстрировать опорный прыжок через гимнастического козла с разбега способом </w:t>
      </w:r>
      <w:r w:rsidRPr="004261E5">
        <w:rPr>
          <w:lang w:val="ru-RU"/>
        </w:rPr>
        <w:br/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напрыгивания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движения танца «Летка-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енка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» в групповом исполнении под музыкальное сопровождение;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выполнять прыжок в высоту с разбега перешагиванием;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выполнять метание малого (теннисного) мяча на дальность;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демонстрировать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проплывание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учебной дистанции кролем на груди или кролем на спине (по выбору учащегося);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выполнять освоенные технические действия спортивных игр баскетбол, волейбол и футбол в условиях игровой деятельности;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—  выполнять упражнения на развитие физических качеств, демонстрировать приросты в их показателях.</w:t>
      </w:r>
    </w:p>
    <w:p w:rsidR="00865005" w:rsidRPr="004261E5" w:rsidRDefault="00865005">
      <w:pPr>
        <w:rPr>
          <w:lang w:val="ru-RU"/>
        </w:rPr>
        <w:sectPr w:rsidR="00865005" w:rsidRPr="004261E5">
          <w:pgSz w:w="11900" w:h="16840"/>
          <w:pgMar w:top="298" w:right="744" w:bottom="1440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865005" w:rsidRPr="004261E5" w:rsidRDefault="00865005">
      <w:pPr>
        <w:autoSpaceDE w:val="0"/>
        <w:autoSpaceDN w:val="0"/>
        <w:spacing w:after="64" w:line="220" w:lineRule="exact"/>
        <w:rPr>
          <w:lang w:val="ru-RU"/>
        </w:rPr>
      </w:pPr>
    </w:p>
    <w:p w:rsidR="00865005" w:rsidRPr="004261E5" w:rsidRDefault="004261E5" w:rsidP="008F30EF">
      <w:pPr>
        <w:autoSpaceDE w:val="0"/>
        <w:autoSpaceDN w:val="0"/>
        <w:spacing w:after="92" w:line="374" w:lineRule="auto"/>
        <w:ind w:right="8730"/>
        <w:rPr>
          <w:sz w:val="24"/>
          <w:szCs w:val="24"/>
        </w:rPr>
      </w:pPr>
      <w:r w:rsidRPr="004261E5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 xml:space="preserve">ТЕМАТИЧЕСКОЕ </w:t>
      </w:r>
      <w:r w:rsidR="008F30EF"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  <w:t>П</w:t>
      </w:r>
      <w:r w:rsidRPr="004261E5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 xml:space="preserve">ЛАНИРОВАНИЕ </w:t>
      </w:r>
      <w:r w:rsidRPr="004261E5">
        <w:rPr>
          <w:sz w:val="24"/>
          <w:szCs w:val="24"/>
        </w:rPr>
        <w:br/>
      </w:r>
      <w:r w:rsidRPr="004261E5">
        <w:rPr>
          <w:rFonts w:ascii="Times New Roman" w:eastAsia="Times New Roman" w:hAnsi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8166"/>
        <w:gridCol w:w="528"/>
        <w:gridCol w:w="1464"/>
        <w:gridCol w:w="1488"/>
        <w:gridCol w:w="3424"/>
      </w:tblGrid>
      <w:tr w:rsidR="00865005" w:rsidRPr="008F30EF">
        <w:trPr>
          <w:trHeight w:hRule="exact" w:val="348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№</w:t>
            </w:r>
            <w:r w:rsidRPr="008F30EF">
              <w:rPr>
                <w:rFonts w:ascii="Times New Roman" w:hAnsi="Times New Roman" w:cs="Times New Roman"/>
              </w:rPr>
              <w:br/>
            </w: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п/п</w:t>
            </w:r>
          </w:p>
        </w:tc>
        <w:tc>
          <w:tcPr>
            <w:tcW w:w="8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Наименование разделов и тем программы</w:t>
            </w:r>
          </w:p>
        </w:tc>
        <w:tc>
          <w:tcPr>
            <w:tcW w:w="348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0"/>
              <w:rPr>
                <w:rFonts w:ascii="Times New Roman" w:hAnsi="Times New Roman" w:cs="Times New Roman"/>
              </w:rPr>
            </w:pPr>
            <w:proofErr w:type="spellStart"/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Количество</w:t>
            </w:r>
            <w:proofErr w:type="spellEnd"/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часов</w:t>
            </w:r>
            <w:proofErr w:type="spellEnd"/>
          </w:p>
        </w:tc>
        <w:tc>
          <w:tcPr>
            <w:tcW w:w="342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45" w:lineRule="auto"/>
              <w:ind w:left="74" w:right="144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Электронные (цифровые) образовательные ресурсы</w:t>
            </w:r>
          </w:p>
        </w:tc>
      </w:tr>
      <w:tr w:rsidR="00865005" w:rsidRPr="008F30EF" w:rsidTr="008F30EF">
        <w:trPr>
          <w:trHeight w:hRule="exact" w:val="1122"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05" w:rsidRPr="008F30EF" w:rsidRDefault="008650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65005" w:rsidRPr="008F30EF" w:rsidRDefault="008650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всего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контрольные работы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практические работы</w:t>
            </w:r>
          </w:p>
        </w:tc>
        <w:tc>
          <w:tcPr>
            <w:tcW w:w="3424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65005" w:rsidRPr="008F30EF" w:rsidRDefault="00865005">
            <w:pPr>
              <w:rPr>
                <w:rFonts w:ascii="Times New Roman" w:hAnsi="Times New Roman" w:cs="Times New Roman"/>
              </w:rPr>
            </w:pPr>
          </w:p>
        </w:tc>
      </w:tr>
      <w:tr w:rsidR="00865005" w:rsidRPr="00891CC8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Раздел 1.</w:t>
            </w: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Знания о физической культуре</w:t>
            </w:r>
          </w:p>
        </w:tc>
      </w:tr>
      <w:tr w:rsidR="00865005" w:rsidRPr="008F30EF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1.1.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Что понимается под физической культурой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8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2</w:t>
            </w:r>
          </w:p>
        </w:tc>
        <w:tc>
          <w:tcPr>
            <w:tcW w:w="6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rFonts w:ascii="Times New Roman" w:hAnsi="Times New Roman" w:cs="Times New Roman"/>
              </w:rPr>
            </w:pPr>
          </w:p>
        </w:tc>
      </w:tr>
      <w:tr w:rsidR="00865005" w:rsidRPr="008F30E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Раздел 2. </w:t>
            </w: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Способы самостоятельной деятельности</w:t>
            </w:r>
          </w:p>
        </w:tc>
      </w:tr>
      <w:tr w:rsidR="00865005" w:rsidRPr="008F30EF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2.1.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Режим дня школьника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8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2</w:t>
            </w:r>
          </w:p>
        </w:tc>
        <w:tc>
          <w:tcPr>
            <w:tcW w:w="6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rFonts w:ascii="Times New Roman" w:hAnsi="Times New Roman" w:cs="Times New Roman"/>
              </w:rPr>
            </w:pPr>
          </w:p>
        </w:tc>
      </w:tr>
      <w:tr w:rsidR="00865005" w:rsidRPr="008F30E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ФИЗИЧЕСКОЕ СОВЕРШЕНСТВОВАНИЕ</w:t>
            </w:r>
          </w:p>
        </w:tc>
      </w:tr>
      <w:tr w:rsidR="00865005" w:rsidRPr="008F30E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Раздел 3.</w:t>
            </w: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Оздоровительная физическая культура</w:t>
            </w:r>
          </w:p>
        </w:tc>
      </w:tr>
      <w:tr w:rsidR="00865005" w:rsidRPr="008F30EF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3.1.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Личная гигиена и гигиенические процедуры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3.2.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Осанка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https://resh.edu.ru/subject/9</w:t>
            </w:r>
          </w:p>
        </w:tc>
      </w:tr>
      <w:tr w:rsidR="00865005" w:rsidRPr="008F30EF">
        <w:trPr>
          <w:trHeight w:hRule="exact" w:val="35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3.3.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8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3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rFonts w:ascii="Times New Roman" w:hAnsi="Times New Roman" w:cs="Times New Roman"/>
              </w:rPr>
            </w:pPr>
          </w:p>
        </w:tc>
      </w:tr>
      <w:tr w:rsidR="00865005" w:rsidRPr="00891CC8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Раздел 4.</w:t>
            </w: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Спортивно-оздоровительная физическая культура</w:t>
            </w:r>
          </w:p>
        </w:tc>
      </w:tr>
      <w:tr w:rsidR="00865005" w:rsidRPr="008F30EF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4.1.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8F30EF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>Модуль "Гимнастика с основами акробатики".</w:t>
            </w: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Правила поведения на уроках физической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4.2.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8F30EF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Модуль "Гимнастика с основами акробатики". </w:t>
            </w: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3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https://resh.edu.ru/subject/9</w:t>
            </w:r>
          </w:p>
        </w:tc>
      </w:tr>
      <w:tr w:rsidR="00865005" w:rsidRPr="008F30EF" w:rsidTr="008F30EF">
        <w:trPr>
          <w:trHeight w:hRule="exact" w:val="73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4.3.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8F30EF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Модуль "Гимнастика с основами акробатики". </w:t>
            </w: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3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4.4.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Гимнастические</w:t>
            </w:r>
            <w:proofErr w:type="spellEnd"/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упражнения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8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4.5.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Акробатические</w:t>
            </w:r>
            <w:proofErr w:type="spellEnd"/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упражнения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9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4.6.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Модуль "Лыжная подготовка". Строевые команды в лыжной подготовке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https://resh.edu.ru/subject/9</w:t>
            </w:r>
          </w:p>
        </w:tc>
      </w:tr>
      <w:tr w:rsidR="00865005" w:rsidRPr="008F30EF">
        <w:trPr>
          <w:trHeight w:hRule="exact" w:val="35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4.7.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Модуль "Лыжная подготовка". Передвижение на лыжах ступающим и скользящим шагом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10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lastRenderedPageBreak/>
              <w:t>4.8.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8F30EF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Модуль "Лёгкая атлетика". </w:t>
            </w: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Равномерное передвижение в ходьбе и беге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4.9.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8F30EF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Модуль "Лёгкая атлетика". </w:t>
            </w: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Прыжок в длину с места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3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4.10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8F30EF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Модуль "Лёгкая атлетика". </w:t>
            </w:r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Прыжок в длину и в высоту с прямого разбега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8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4.11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i/>
                <w:color w:val="000000"/>
                <w:w w:val="97"/>
                <w:lang w:val="ru-RU"/>
              </w:rPr>
              <w:t xml:space="preserve">Модуль "Подвижные и спортивные игры". </w:t>
            </w:r>
            <w:proofErr w:type="spellStart"/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Подвижные</w:t>
            </w:r>
            <w:proofErr w:type="spellEnd"/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игры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FA5ACC" w:rsidRDefault="00FA5ACC">
            <w:pPr>
              <w:autoSpaceDE w:val="0"/>
              <w:autoSpaceDN w:val="0"/>
              <w:spacing w:before="76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https://resh.edu.ru/subject/9</w:t>
            </w:r>
          </w:p>
        </w:tc>
      </w:tr>
      <w:tr w:rsidR="00865005" w:rsidRPr="008F30EF">
        <w:trPr>
          <w:trHeight w:hRule="exact" w:val="328"/>
        </w:trPr>
        <w:tc>
          <w:tcPr>
            <w:tcW w:w="8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FA5ACC" w:rsidRDefault="004261E5" w:rsidP="00FA5ACC">
            <w:pPr>
              <w:autoSpaceDE w:val="0"/>
              <w:autoSpaceDN w:val="0"/>
              <w:spacing w:before="76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8F30EF">
              <w:rPr>
                <w:rFonts w:ascii="Times New Roman" w:eastAsia="Times New Roman" w:hAnsi="Times New Roman" w:cs="Times New Roman"/>
                <w:color w:val="000000"/>
                <w:w w:val="97"/>
              </w:rPr>
              <w:t>5</w:t>
            </w:r>
            <w:r w:rsidR="00FA5ACC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6</w:t>
            </w:r>
          </w:p>
        </w:tc>
        <w:tc>
          <w:tcPr>
            <w:tcW w:w="6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rFonts w:ascii="Times New Roman" w:hAnsi="Times New Roman" w:cs="Times New Roman"/>
              </w:rPr>
            </w:pPr>
          </w:p>
        </w:tc>
      </w:tr>
      <w:tr w:rsidR="00865005" w:rsidRPr="00891CC8" w:rsidTr="008F30EF">
        <w:trPr>
          <w:trHeight w:hRule="exact" w:val="46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Раздел 5.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Прикладно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-ориентированная физическая культура</w:t>
            </w:r>
          </w:p>
        </w:tc>
      </w:tr>
      <w:tr w:rsidR="00865005" w:rsidRPr="008F30EF" w:rsidTr="008F30EF">
        <w:trPr>
          <w:trHeight w:hRule="exact" w:val="85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</w:rPr>
              <w:t>5.1.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Рефлексия: демонстрация прироста показателей физических качеств к нормативным требованиям комплекса ГТО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0"/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</w:rPr>
              <w:t>3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8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8F30EF">
              <w:rPr>
                <w:rFonts w:ascii="Times New Roman" w:eastAsia="Times New Roman" w:hAnsi="Times New Roman"/>
                <w:color w:val="000000"/>
                <w:w w:val="97"/>
              </w:rPr>
              <w:t>Итого</w:t>
            </w:r>
            <w:proofErr w:type="spellEnd"/>
            <w:r w:rsidRPr="008F30EF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color w:val="000000"/>
                <w:w w:val="97"/>
              </w:rPr>
              <w:t>по</w:t>
            </w:r>
            <w:proofErr w:type="spellEnd"/>
            <w:r w:rsidRPr="008F30EF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0"/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</w:rPr>
              <w:t>3</w:t>
            </w:r>
          </w:p>
        </w:tc>
        <w:tc>
          <w:tcPr>
            <w:tcW w:w="6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/>
        </w:tc>
      </w:tr>
      <w:tr w:rsidR="00865005" w:rsidRPr="008F30EF">
        <w:trPr>
          <w:trHeight w:hRule="exact" w:val="348"/>
        </w:trPr>
        <w:tc>
          <w:tcPr>
            <w:tcW w:w="8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FA5ACC" w:rsidRDefault="004261E5" w:rsidP="00FA5ACC">
            <w:pPr>
              <w:autoSpaceDE w:val="0"/>
              <w:autoSpaceDN w:val="0"/>
              <w:spacing w:before="78" w:after="0" w:line="230" w:lineRule="auto"/>
              <w:ind w:left="70"/>
              <w:rPr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</w:rPr>
              <w:t>6</w:t>
            </w:r>
            <w:r w:rsidR="00FA5ACC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</w:rPr>
              <w:t>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/>
        </w:tc>
      </w:tr>
    </w:tbl>
    <w:p w:rsidR="00865005" w:rsidRPr="008F30EF" w:rsidRDefault="004261E5">
      <w:pPr>
        <w:autoSpaceDE w:val="0"/>
        <w:autoSpaceDN w:val="0"/>
        <w:spacing w:before="188" w:after="94" w:line="233" w:lineRule="auto"/>
      </w:pPr>
      <w:r w:rsidRPr="008F30EF">
        <w:rPr>
          <w:rFonts w:ascii="Times New Roman" w:eastAsia="Times New Roman" w:hAnsi="Times New Roman"/>
          <w:b/>
          <w:color w:val="000000"/>
        </w:rPr>
        <w:t>2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7528"/>
        <w:gridCol w:w="530"/>
        <w:gridCol w:w="1596"/>
        <w:gridCol w:w="1632"/>
        <w:gridCol w:w="3748"/>
      </w:tblGrid>
      <w:tr w:rsidR="00865005" w:rsidRPr="008F30EF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45" w:lineRule="auto"/>
              <w:ind w:right="144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8F30EF">
              <w:rPr>
                <w:sz w:val="24"/>
                <w:szCs w:val="24"/>
              </w:rPr>
              <w:br/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7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65005" w:rsidRPr="008F30EF" w:rsidTr="008F30EF">
        <w:trPr>
          <w:trHeight w:hRule="exact" w:val="110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  <w:tc>
          <w:tcPr>
            <w:tcW w:w="7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3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91CC8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Раздел 1.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Знания о физической культуре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Зарождение Олимпийских игр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7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6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F30E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Физическое развитие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752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Физические качества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4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7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Сила как физическое качество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Быстрота как физическое качество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Выносливость как физическое качество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Гибкость как физическое качество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2.7.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Развитие координации движений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2.8.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7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6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F30E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ФИЗИЧЕСКОЕ СОВЕРШЕНСТВОВАНИЕ</w:t>
            </w:r>
          </w:p>
        </w:tc>
      </w:tr>
      <w:tr w:rsidR="00865005" w:rsidRPr="008F30E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 3.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Оздоровительная физическая культура</w:t>
            </w:r>
          </w:p>
        </w:tc>
      </w:tr>
      <w:tr w:rsidR="00865005" w:rsidRPr="008F30EF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Закаливание организма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Утренняя зарядка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Составление индивидуальных комплексов утренней зарядки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7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91CC8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Раздел 4.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Спортивно-оздоровительная физическая культура</w:t>
            </w:r>
          </w:p>
        </w:tc>
      </w:tr>
      <w:tr w:rsidR="00865005" w:rsidRPr="008F30EF" w:rsidTr="008F30EF">
        <w:trPr>
          <w:trHeight w:hRule="exact" w:val="9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"Гимнастика с основами акробатики".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Строевые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упражнения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команды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Гимнастическая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разминка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Упражнения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с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гимнастической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скакалкой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Упражнения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с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гимнастическим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мячом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4.6.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Танцевальные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4.7.</w:t>
            </w:r>
          </w:p>
        </w:tc>
        <w:tc>
          <w:tcPr>
            <w:tcW w:w="7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"Лыжная подготовка".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4.8.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"Лыжная подготовка".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Передвижение на лыжах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двухшажным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попеременным ходом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4.9.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"Лыжная подготовка".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Спуски и подъёмы на лыжах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4.10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Модуль "Лыжная подготовка". Торможение лыжными палками и падением на бок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4.11.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"Лёгкая атлетика".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4.12.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"Лёгкая атлетика".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Броски мяча в неподвижную мишень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4.13.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"Лёгкая атлетика".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Сложно координированные прыжковые упражнения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4.14.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"Лёгкая атлетика".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Прыжок в высоту с прямого разбега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 w:rsidTr="008F30EF">
        <w:trPr>
          <w:trHeight w:hRule="exact" w:val="7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4.15.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"Лёгкая атлетика".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4.16.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"Лёгкая атлетика".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Сложно координированные беговые упражнения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4.17.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"Подвижные игры".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Подвижные игры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7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45</w:t>
            </w:r>
          </w:p>
        </w:tc>
        <w:tc>
          <w:tcPr>
            <w:tcW w:w="6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91CC8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 xml:space="preserve">Раздел 5.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Прикладно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-ориентированная физическая культура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7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6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F30EF">
        <w:trPr>
          <w:trHeight w:hRule="exact" w:val="348"/>
        </w:trPr>
        <w:tc>
          <w:tcPr>
            <w:tcW w:w="7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</w:tbl>
    <w:p w:rsidR="008F30EF" w:rsidRDefault="008F30EF">
      <w:pPr>
        <w:autoSpaceDE w:val="0"/>
        <w:autoSpaceDN w:val="0"/>
        <w:spacing w:before="188" w:after="92" w:line="233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65005" w:rsidRPr="008F30EF" w:rsidRDefault="004261E5">
      <w:pPr>
        <w:autoSpaceDE w:val="0"/>
        <w:autoSpaceDN w:val="0"/>
        <w:spacing w:before="188" w:after="92" w:line="233" w:lineRule="auto"/>
        <w:rPr>
          <w:sz w:val="24"/>
          <w:szCs w:val="24"/>
        </w:rPr>
      </w:pPr>
      <w:r w:rsidRPr="008F30EF">
        <w:rPr>
          <w:rFonts w:ascii="Times New Roman" w:eastAsia="Times New Roman" w:hAnsi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7792"/>
        <w:gridCol w:w="530"/>
        <w:gridCol w:w="1536"/>
        <w:gridCol w:w="1572"/>
        <w:gridCol w:w="3604"/>
      </w:tblGrid>
      <w:tr w:rsidR="00865005" w:rsidRPr="008F30EF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8F30EF">
              <w:rPr>
                <w:sz w:val="24"/>
                <w:szCs w:val="24"/>
              </w:rPr>
              <w:br/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7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65005" w:rsidRPr="008F30EF" w:rsidTr="008F30EF">
        <w:trPr>
          <w:trHeight w:hRule="exact" w:val="1128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  <w:tc>
          <w:tcPr>
            <w:tcW w:w="7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3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91CC8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Раздел 1.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Знания о физической культуре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8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6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F30E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865005" w:rsidRPr="008F30EF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Виды физических упражнений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Дозировка физической нагрузки во время занятий физической культурой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8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6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F30E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ФИЗИЧЕСКОЕ СОВЕРШЕНСТВОВАНИЕ</w:t>
            </w:r>
          </w:p>
        </w:tc>
      </w:tr>
      <w:tr w:rsidR="00865005" w:rsidRPr="008F30E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 3.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Оздоровительная физическая культура</w:t>
            </w:r>
          </w:p>
        </w:tc>
      </w:tr>
      <w:tr w:rsidR="00865005" w:rsidRPr="008F30EF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Закаливание организма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Дыхательная гимнастика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Зрительная гимнастика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8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91CC8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Раздел 4.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Спортивно-оздоровительная физическая культура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>Модуль "Гимнастика с основами акробатики".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Строевые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команды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>Модуль "Гимнастика с основами акробатики".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Лазанье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канату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>Модуль "Гимнастика с основами акробатики".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Передвижения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гимнастической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скамейке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>Модуль "Гимнастика с основами акробатики".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Передвижения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гимнастической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стенк</w:t>
            </w: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>Модуль "Гимнастика с основами акробатики".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Прыжки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через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скакалку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4.6.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>Модуль "Гимнастика с основами акробатики".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Ритмическая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гимнастика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»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4.7.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>Модуль "Гимнастика с основами акробатики".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Танцевальные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4.8.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>Модуль "Лёгкая атлетика".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Прыжок в длину с разбега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4.9.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>Модуль "Лёгкая атлетика".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Броски набивного мяча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4.10.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>Модуль "Лёгкая атлетика".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Беговые упражнения повышенной координационной сложности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4.11.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Модуль "Лыжная подготовка". Передвижение на лыжах одновременным </w:t>
            </w:r>
            <w:proofErr w:type="spellStart"/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двухшажным</w:t>
            </w:r>
            <w:proofErr w:type="spellEnd"/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ходом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4.12.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Модуль "Лыжная подготовка". Повороты на лыжах способом переступания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4.13.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Модуль "Лыжная подготовка". Повороты на лыжах способом переступания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4.14.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Модуль "Плавательная подготовка". Плавательная подготовка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4.15.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>Модуль "Подвижные и спортивные игры".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Подвижные игры с элементами спортивных игр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4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4.16.</w:t>
            </w:r>
          </w:p>
        </w:tc>
        <w:tc>
          <w:tcPr>
            <w:tcW w:w="77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>Модуль "Подвижные и спортивные игры".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Спортивные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72"/>
        </w:trPr>
        <w:tc>
          <w:tcPr>
            <w:tcW w:w="8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51</w:t>
            </w:r>
          </w:p>
        </w:tc>
        <w:tc>
          <w:tcPr>
            <w:tcW w:w="6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91CC8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Раздел 5.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Прикладно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-ориентированная физическая культура</w:t>
            </w:r>
          </w:p>
        </w:tc>
      </w:tr>
      <w:tr w:rsidR="00865005" w:rsidRPr="008F30EF" w:rsidTr="008F30EF">
        <w:trPr>
          <w:trHeight w:hRule="exact" w:val="7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45" w:lineRule="auto"/>
              <w:ind w:left="72" w:right="576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Рефлексия: демонстрация прироста показателей физических качеств к нормативным требованиям комплекса ГТО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28"/>
        </w:trPr>
        <w:tc>
          <w:tcPr>
            <w:tcW w:w="8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6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F30EF">
        <w:trPr>
          <w:trHeight w:hRule="exact" w:val="348"/>
        </w:trPr>
        <w:tc>
          <w:tcPr>
            <w:tcW w:w="8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</w:tbl>
    <w:p w:rsidR="00762391" w:rsidRDefault="00762391">
      <w:pPr>
        <w:autoSpaceDE w:val="0"/>
        <w:autoSpaceDN w:val="0"/>
        <w:spacing w:before="188" w:after="92" w:line="233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65005" w:rsidRPr="008F30EF" w:rsidRDefault="004261E5">
      <w:pPr>
        <w:autoSpaceDE w:val="0"/>
        <w:autoSpaceDN w:val="0"/>
        <w:spacing w:before="188" w:after="92" w:line="233" w:lineRule="auto"/>
        <w:rPr>
          <w:sz w:val="24"/>
          <w:szCs w:val="24"/>
        </w:rPr>
      </w:pPr>
      <w:r w:rsidRPr="008F30EF">
        <w:rPr>
          <w:rFonts w:ascii="Times New Roman" w:eastAsia="Times New Roman" w:hAnsi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334"/>
        <w:gridCol w:w="528"/>
        <w:gridCol w:w="1416"/>
        <w:gridCol w:w="1440"/>
        <w:gridCol w:w="3316"/>
      </w:tblGrid>
      <w:tr w:rsidR="00865005" w:rsidRPr="008F30EF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8F30EF">
              <w:rPr>
                <w:sz w:val="24"/>
                <w:szCs w:val="24"/>
              </w:rPr>
              <w:br/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8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45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65005" w:rsidRPr="008F30EF" w:rsidTr="008F30EF">
        <w:trPr>
          <w:trHeight w:hRule="exact" w:val="1054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  <w:tc>
          <w:tcPr>
            <w:tcW w:w="8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3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91CC8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Раздел 1.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Знания о физической культуре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8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F30E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Самостоятельная физическая подготовка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Оказание первой помощи на занятиях физической культурой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50"/>
        </w:trPr>
        <w:tc>
          <w:tcPr>
            <w:tcW w:w="8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F30E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ФИЗИЧЕСКОЕ СОВЕРШЕНСТВОВАНИЕ</w:t>
            </w:r>
          </w:p>
        </w:tc>
      </w:tr>
      <w:tr w:rsidR="00865005" w:rsidRPr="008F30E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 3.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Оздоровительная физическая культура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Закаливание организма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8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91CC8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Раздел 4.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Спортивно-оздоровительная физическая культура</w:t>
            </w:r>
          </w:p>
        </w:tc>
      </w:tr>
      <w:tr w:rsidR="00865005" w:rsidRPr="008F30EF" w:rsidTr="008F30EF">
        <w:trPr>
          <w:trHeight w:hRule="exact" w:val="8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45" w:lineRule="auto"/>
              <w:ind w:left="72" w:right="720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"Гимнастика с основами акробатики".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Акробатическая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комбинация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Опорной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прыжок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Упражнения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на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гимнастической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перекладине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Танцевальные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4.6.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"Лёгкая атлетика".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4.7.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"Лёгкая атлетика".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4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4.8.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"Лёгкая атлетика".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Беговые упражнения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 w:rsidTr="008F30EF">
        <w:trPr>
          <w:trHeight w:hRule="exact" w:val="39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4.9.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"Лёгкая атлетика".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Метание малого мяча на дальность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4.10.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Модуль "Лыжная подготовка". Предупреждение травм на занятиях лыжной подготовкой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4.11.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Модуль "Лыжная подготовка". Передвижение на лыжах одновременным одношажным ходом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4.12.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Модуль "Плавательная подготовка". Предупреждение травм на занятиях в плавательном бассейне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4.13.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Модуль "Плавательная подготовка". Плавательная подготовка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4.14.</w:t>
            </w:r>
          </w:p>
        </w:tc>
        <w:tc>
          <w:tcPr>
            <w:tcW w:w="83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"Подвижные и спортивные игры". </w:t>
            </w: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0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4.15.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"Подвижные и спортивные игры".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Подвижные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игры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общефизической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4.16.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"Подвижные и спортивные игры".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Технические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действия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игры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4.17.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"Подвижные и спортивные игры".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Технические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действия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игры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баскетбол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4.18.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i/>
                <w:color w:val="000000"/>
                <w:w w:val="97"/>
                <w:sz w:val="24"/>
                <w:szCs w:val="24"/>
                <w:lang w:val="ru-RU"/>
              </w:rPr>
              <w:t xml:space="preserve">Модуль "Подвижные и спортивные игры".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Технические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действия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игры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футбол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6" w:after="0" w:line="233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8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52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91CC8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Раздел 5.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Прикладно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-ориентированная физическая культура</w:t>
            </w:r>
          </w:p>
        </w:tc>
      </w:tr>
      <w:tr w:rsidR="00865005" w:rsidRPr="008F30EF" w:rsidTr="008F30EF">
        <w:trPr>
          <w:trHeight w:hRule="exact" w:val="75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45" w:lineRule="auto"/>
              <w:ind w:left="72" w:right="720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Рефлексия: </w:t>
            </w:r>
            <w:proofErr w:type="spellStart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демонстрирация</w:t>
            </w:r>
            <w:proofErr w:type="spellEnd"/>
            <w:r w:rsidRPr="008F30E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приростов в показателях физических качеств к нормативным требованиям комплекса ГТО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4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https://resh.edu.ru/subject/9</w:t>
            </w:r>
          </w:p>
        </w:tc>
      </w:tr>
      <w:tr w:rsidR="00865005" w:rsidRPr="008F30EF">
        <w:trPr>
          <w:trHeight w:hRule="exact" w:val="348"/>
        </w:trPr>
        <w:tc>
          <w:tcPr>
            <w:tcW w:w="8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6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  <w:tr w:rsidR="00865005" w:rsidRPr="008F30EF">
        <w:trPr>
          <w:trHeight w:hRule="exact" w:val="330"/>
        </w:trPr>
        <w:tc>
          <w:tcPr>
            <w:tcW w:w="8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4261E5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30E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5005" w:rsidRPr="008F30EF" w:rsidRDefault="00865005">
            <w:pPr>
              <w:rPr>
                <w:sz w:val="24"/>
                <w:szCs w:val="24"/>
              </w:rPr>
            </w:pPr>
          </w:p>
        </w:tc>
      </w:tr>
    </w:tbl>
    <w:p w:rsidR="00865005" w:rsidRDefault="00865005">
      <w:pPr>
        <w:autoSpaceDE w:val="0"/>
        <w:autoSpaceDN w:val="0"/>
        <w:spacing w:after="0" w:line="14" w:lineRule="exact"/>
      </w:pPr>
    </w:p>
    <w:p w:rsidR="00865005" w:rsidRDefault="00865005">
      <w:pPr>
        <w:autoSpaceDE w:val="0"/>
        <w:autoSpaceDN w:val="0"/>
        <w:spacing w:after="0" w:line="14" w:lineRule="exact"/>
      </w:pPr>
    </w:p>
    <w:p w:rsidR="00865005" w:rsidRDefault="00865005">
      <w:pPr>
        <w:sectPr w:rsidR="00865005">
          <w:pgSz w:w="16840" w:h="11900"/>
          <w:pgMar w:top="11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65005" w:rsidRDefault="00865005">
      <w:pPr>
        <w:autoSpaceDE w:val="0"/>
        <w:autoSpaceDN w:val="0"/>
        <w:spacing w:after="78" w:line="220" w:lineRule="exact"/>
      </w:pPr>
    </w:p>
    <w:p w:rsidR="00865005" w:rsidRDefault="004261E5">
      <w:pPr>
        <w:autoSpaceDE w:val="0"/>
        <w:autoSpaceDN w:val="0"/>
        <w:spacing w:after="140" w:line="382" w:lineRule="auto"/>
        <w:ind w:right="6768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1 КЛАСС</w:t>
      </w:r>
    </w:p>
    <w:tbl>
      <w:tblPr>
        <w:tblW w:w="1077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972"/>
        <w:gridCol w:w="1134"/>
        <w:gridCol w:w="1701"/>
        <w:gridCol w:w="1275"/>
      </w:tblGrid>
      <w:tr w:rsidR="008F30EF" w:rsidTr="008F30EF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30EF" w:rsidRPr="008F30EF" w:rsidRDefault="008F30EF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Дата</w:t>
            </w:r>
          </w:p>
        </w:tc>
      </w:tr>
      <w:tr w:rsidR="008F30EF" w:rsidTr="008F30EF">
        <w:trPr>
          <w:trHeight w:hRule="exact" w:val="1165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Default="008F30EF"/>
        </w:tc>
        <w:tc>
          <w:tcPr>
            <w:tcW w:w="4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Default="008F30EF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Default="008F30EF"/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Default="008F30EF"/>
        </w:tc>
      </w:tr>
      <w:tr w:rsidR="008F30EF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Урок физической культуры в школе.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5.09</w:t>
            </w:r>
          </w:p>
        </w:tc>
      </w:tr>
      <w:tr w:rsidR="008F30EF" w:rsidTr="008F30EF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поведения на уроке физической культуры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6.09</w:t>
            </w:r>
          </w:p>
        </w:tc>
      </w:tr>
      <w:tr w:rsidR="008F30EF" w:rsidTr="008F30E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дня школьника. Самостоятельное составление комплекса упражнений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утренней гимнастики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12.09.</w:t>
            </w:r>
          </w:p>
        </w:tc>
      </w:tr>
      <w:tr w:rsidR="008F30EF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Основные правила личной гигиены.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13.09</w:t>
            </w:r>
          </w:p>
        </w:tc>
      </w:tr>
      <w:tr w:rsidR="008F30EF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19.09</w:t>
            </w:r>
          </w:p>
        </w:tc>
      </w:tr>
      <w:tr w:rsidR="008F30EF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20.09</w:t>
            </w:r>
          </w:p>
        </w:tc>
      </w:tr>
      <w:tr w:rsidR="008F30EF" w:rsidTr="008F30EF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"Лёгкая атлетика". Равномерное передвижение в ходьбе и беге. Правила безопасности на уроке легкой </w:t>
            </w:r>
            <w:r w:rsidRPr="004261E5">
              <w:rPr>
                <w:lang w:val="ru-RU"/>
              </w:rPr>
              <w:br/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атлетики.Техника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челночного бега с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высокого старта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26.09</w:t>
            </w:r>
          </w:p>
        </w:tc>
      </w:tr>
      <w:tr w:rsidR="008F30EF" w:rsidTr="00FA5ACC">
        <w:trPr>
          <w:trHeight w:hRule="exact" w:val="179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/>
              <w:ind w:left="72" w:right="720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Разновидности ходьбы. Ходьба с преодолением препятствий. Бег с ускорением, 20 м. Подвижная </w:t>
            </w:r>
            <w:proofErr w:type="spellStart"/>
            <w:proofErr w:type="gram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игра«</w:t>
            </w:r>
            <w:proofErr w:type="gram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Пустое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место».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27.09</w:t>
            </w:r>
          </w:p>
        </w:tc>
      </w:tr>
      <w:tr w:rsidR="008F30EF" w:rsidTr="008F30E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Модуль "Лёгкая атлетика". Прыжок в длину с места. Прыжки толчком с двух ног вперёд, назад, с поворотом на 45° и 90° в обе стороны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3.10.</w:t>
            </w:r>
          </w:p>
        </w:tc>
      </w:tr>
      <w:tr w:rsidR="008F30EF" w:rsidTr="008F30E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Отработка навыков выполнения прыжков толчком с двух ног вперёд, назад, с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поворотом на 45° и 90° в обе стороны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4.10</w:t>
            </w:r>
          </w:p>
        </w:tc>
      </w:tr>
      <w:tr w:rsidR="008F30EF" w:rsidTr="008F30EF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для развития силы. Прыжок в длину с места.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Быстро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местам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10.10</w:t>
            </w:r>
          </w:p>
        </w:tc>
      </w:tr>
    </w:tbl>
    <w:p w:rsidR="00865005" w:rsidRDefault="00865005">
      <w:pPr>
        <w:autoSpaceDE w:val="0"/>
        <w:autoSpaceDN w:val="0"/>
        <w:spacing w:after="0" w:line="14" w:lineRule="exact"/>
      </w:pPr>
    </w:p>
    <w:p w:rsidR="00865005" w:rsidRDefault="00865005">
      <w:pPr>
        <w:sectPr w:rsidR="00865005">
          <w:pgSz w:w="11900" w:h="16840"/>
          <w:pgMar w:top="298" w:right="650" w:bottom="7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65005" w:rsidRDefault="00865005">
      <w:pPr>
        <w:autoSpaceDE w:val="0"/>
        <w:autoSpaceDN w:val="0"/>
        <w:spacing w:after="66" w:line="220" w:lineRule="exact"/>
      </w:pPr>
    </w:p>
    <w:tbl>
      <w:tblPr>
        <w:tblW w:w="1077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972"/>
        <w:gridCol w:w="1134"/>
        <w:gridCol w:w="1701"/>
        <w:gridCol w:w="1275"/>
      </w:tblGrid>
      <w:tr w:rsidR="008F30EF" w:rsidTr="008F30E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/>
              <w:ind w:left="72" w:right="144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Правила поведения на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уроках физической культуры.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Исходные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положения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упражнениях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17.10</w:t>
            </w:r>
          </w:p>
        </w:tc>
      </w:tr>
      <w:tr w:rsidR="008F30EF" w:rsidTr="008F30E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Общие принципы выполнения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гимнастических упражнений. Освоение техники выполнения упражнений общей разминки с контролем дыхания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18.10</w:t>
            </w:r>
          </w:p>
        </w:tc>
      </w:tr>
      <w:tr w:rsidR="008F30EF" w:rsidTr="008F30EF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Строевые упражнения и организующие команды на уроках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физической культуры: «Стройся»,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«Смирно», «На первый, второй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рассчитайсь», «Вольно», «Шагом 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марш»,«На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месте стой, раз, два», «Равняйсь», «В две шеренги становись»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24.10</w:t>
            </w:r>
          </w:p>
        </w:tc>
      </w:tr>
      <w:tr w:rsidR="008F30EF" w:rsidTr="008F30EF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Отработка 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наыков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выполнения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организующих команд: «Стройся»,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«Смирно», «На первый, второй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рассчитайсь», «Вольно», «Шагом 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марш»,«На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месте стой, раз, два», «Равняйсь», «В две шеренги становись»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25.10</w:t>
            </w:r>
          </w:p>
        </w:tc>
      </w:tr>
      <w:tr w:rsidR="008F30EF" w:rsidTr="008F30EF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Передвижение в колонне по одному по указанным ориентирам. Выполнения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организующих команд: «Стройся»,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«Смирно», «На первый, второй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рассчитайсь», «Вольно», «Шагом 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марш»,«На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месте стой, раз, два», «Равняйсь», «В две шеренги становись»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7.11</w:t>
            </w:r>
          </w:p>
        </w:tc>
      </w:tr>
      <w:tr w:rsidR="008F30EF" w:rsidTr="008F30EF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Гимнастические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упражнения. Упражнения общей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разминки: приставные шаги вперёд на полной стопе (гимнастический шаг)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8.11</w:t>
            </w:r>
          </w:p>
        </w:tc>
      </w:tr>
      <w:tr w:rsidR="008F30EF" w:rsidTr="008F30EF">
        <w:trPr>
          <w:trHeight w:hRule="exact" w:val="21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Комплекс упражнений с предметами.</w:t>
            </w:r>
          </w:p>
          <w:p w:rsidR="008F30EF" w:rsidRPr="004261E5" w:rsidRDefault="008F30EF" w:rsidP="008F30EF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со скакалкой: вращение кистью руки скакалки, сложенной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вчетверо, — перед собой, сложенной вдвое — поочерёдно в лицевой, боковой плоскостях.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14.11</w:t>
            </w:r>
          </w:p>
        </w:tc>
      </w:tr>
    </w:tbl>
    <w:p w:rsidR="00865005" w:rsidRDefault="00865005">
      <w:pPr>
        <w:autoSpaceDE w:val="0"/>
        <w:autoSpaceDN w:val="0"/>
        <w:spacing w:after="0" w:line="14" w:lineRule="exact"/>
      </w:pPr>
    </w:p>
    <w:p w:rsidR="00865005" w:rsidRDefault="00865005">
      <w:pPr>
        <w:sectPr w:rsidR="00865005">
          <w:pgSz w:w="11900" w:h="16840"/>
          <w:pgMar w:top="284" w:right="650" w:bottom="8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65005" w:rsidRDefault="00865005">
      <w:pPr>
        <w:autoSpaceDE w:val="0"/>
        <w:autoSpaceDN w:val="0"/>
        <w:spacing w:after="66" w:line="220" w:lineRule="exact"/>
      </w:pPr>
    </w:p>
    <w:tbl>
      <w:tblPr>
        <w:tblW w:w="10631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972"/>
        <w:gridCol w:w="1134"/>
        <w:gridCol w:w="1701"/>
        <w:gridCol w:w="1134"/>
      </w:tblGrid>
      <w:tr w:rsidR="008F30EF" w:rsidTr="008F30E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Комплекс упражнений с предметами.</w:t>
            </w:r>
          </w:p>
          <w:p w:rsidR="008F30EF" w:rsidRPr="004261E5" w:rsidRDefault="008F30EF" w:rsidP="008F30EF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с мячом. Удержание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гимнастического мяча. Баланс мяча на ладони, передача мяча из руки в руку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15.11</w:t>
            </w:r>
          </w:p>
        </w:tc>
      </w:tr>
      <w:tr w:rsidR="008F30EF" w:rsidTr="008F30EF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Отработка навыков удержания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гимнастического мяча. Баланс мяча на ладони, передача мяча из руки в руку. Одиночный отбив мяча от пола.</w:t>
            </w:r>
          </w:p>
          <w:p w:rsidR="008F30EF" w:rsidRPr="004261E5" w:rsidRDefault="008F30EF" w:rsidP="008F30EF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Переброска мяча с ладони на тыльную сторону руки и обратно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21.11</w:t>
            </w:r>
          </w:p>
        </w:tc>
      </w:tr>
      <w:tr w:rsidR="008F30EF" w:rsidTr="008F30E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Отработка навыков одиночного отбива мяча от пола, переброски мяча с ладони на тыльную сторону руки и обратно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22.11</w:t>
            </w:r>
          </w:p>
        </w:tc>
      </w:tr>
      <w:tr w:rsidR="008F30EF" w:rsidTr="008F30E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Перекат мяча по полу, по рукам.</w:t>
            </w:r>
          </w:p>
          <w:p w:rsidR="008F30EF" w:rsidRPr="004261E5" w:rsidRDefault="008F30EF" w:rsidP="008F30EF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Отработка навыков переката мяча по полу, по рукам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28.11</w:t>
            </w:r>
          </w:p>
        </w:tc>
      </w:tr>
      <w:tr w:rsidR="008F30EF" w:rsidTr="008F30EF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Акробатические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упражнения. Упражнения для развития гибкости позвоночника и плечевого пояса («мост») из положения лёжа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29.11</w:t>
            </w:r>
          </w:p>
        </w:tc>
      </w:tr>
      <w:tr w:rsidR="008F30EF" w:rsidTr="008F30E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Отработка навыков выполнения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для развития гибкости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позвоночника и плечевого пояса («мост») из положения лёжа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5.12</w:t>
            </w:r>
          </w:p>
        </w:tc>
      </w:tr>
      <w:tr w:rsidR="008F30EF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Группировка, кувырок в сторону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6.12</w:t>
            </w:r>
          </w:p>
        </w:tc>
      </w:tr>
      <w:tr w:rsidR="008F30EF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Отработка навыков выполнения группировки, кувырка в сторону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12.12</w:t>
            </w:r>
          </w:p>
        </w:tc>
      </w:tr>
      <w:tr w:rsidR="008F30EF" w:rsidTr="008F30EF">
        <w:trPr>
          <w:trHeight w:hRule="exact" w:val="1838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44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100" w:after="0" w:line="28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для укрепления мышц тела и развития гибкости позвоночника,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для разогревания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(скручивания) мышц спины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(«верёвочка»)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13.12</w:t>
            </w:r>
          </w:p>
        </w:tc>
      </w:tr>
      <w:tr w:rsidR="008F30EF" w:rsidTr="008F30EF">
        <w:trPr>
          <w:trHeight w:hRule="exact" w:val="21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Отработка навыков выполнения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упражнений для укрепления мышц тела и развития гибкости позвоночника,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для разогревания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(скручивания) мышц спины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(«верёвочка»)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19.12</w:t>
            </w:r>
          </w:p>
        </w:tc>
      </w:tr>
    </w:tbl>
    <w:p w:rsidR="00865005" w:rsidRDefault="00865005">
      <w:pPr>
        <w:autoSpaceDE w:val="0"/>
        <w:autoSpaceDN w:val="0"/>
        <w:spacing w:after="0" w:line="14" w:lineRule="exact"/>
      </w:pPr>
    </w:p>
    <w:p w:rsidR="00865005" w:rsidRDefault="00865005">
      <w:pPr>
        <w:sectPr w:rsidR="00865005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65005" w:rsidRDefault="00865005">
      <w:pPr>
        <w:autoSpaceDE w:val="0"/>
        <w:autoSpaceDN w:val="0"/>
        <w:spacing w:after="66" w:line="220" w:lineRule="exact"/>
      </w:pPr>
    </w:p>
    <w:tbl>
      <w:tblPr>
        <w:tblW w:w="10631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972"/>
        <w:gridCol w:w="1134"/>
        <w:gridCol w:w="1701"/>
        <w:gridCol w:w="1134"/>
      </w:tblGrid>
      <w:tr w:rsidR="008F30EF" w:rsidTr="008F30E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упражнения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для укрепления мышц спины и увеличения их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эластичности («рыбка»)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20.12</w:t>
            </w:r>
          </w:p>
        </w:tc>
      </w:tr>
      <w:tr w:rsidR="008F30EF" w:rsidTr="008F30E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Отработка навыков выполнения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упражнения для укрепления мышц спины и увеличения их эластичности («рыбка»)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26.12</w:t>
            </w:r>
          </w:p>
        </w:tc>
      </w:tr>
      <w:tr w:rsidR="008F30EF" w:rsidTr="008F30EF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Освоение подводящих упражнений к выполнению продольных и поперечных шпагатов («ящерка»)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F54E76" w:rsidRDefault="00F54E76" w:rsidP="008F30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27.12</w:t>
            </w:r>
          </w:p>
        </w:tc>
      </w:tr>
      <w:tr w:rsidR="008F30EF" w:rsidTr="008F30E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/>
              <w:ind w:left="72" w:right="144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"Лыжная подготовка". Строевые команды в лыжной подготовке. </w:t>
            </w:r>
            <w:r w:rsidRPr="004261E5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Организационно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методические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уроке.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16.01</w:t>
            </w:r>
          </w:p>
        </w:tc>
      </w:tr>
      <w:tr w:rsidR="008F30EF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Лыжная подготовка. Строевые команды в лыжной подготовке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17.01</w:t>
            </w:r>
          </w:p>
        </w:tc>
      </w:tr>
      <w:tr w:rsidR="008F30EF" w:rsidTr="008F30E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/>
              <w:ind w:left="72" w:right="144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"Лыжная подготовка". Передвижение на лыжах ступающим и скользящим шагом.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ступающего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шага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лыжах без палок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23.01</w:t>
            </w:r>
          </w:p>
        </w:tc>
      </w:tr>
      <w:tr w:rsidR="008F30EF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Скользящий шаг на лыжах без палок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24.01</w:t>
            </w:r>
          </w:p>
        </w:tc>
      </w:tr>
      <w:tr w:rsidR="008F30EF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Повороты переступанием на лыжах без палок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30.01</w:t>
            </w:r>
          </w:p>
        </w:tc>
      </w:tr>
      <w:tr w:rsidR="008F30EF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Ступающий шаг на лыжах с палками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31.01</w:t>
            </w:r>
          </w:p>
        </w:tc>
      </w:tr>
      <w:tr w:rsidR="008F30EF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Скользящий шаг на лыжах с палками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6.02</w:t>
            </w:r>
          </w:p>
        </w:tc>
      </w:tr>
      <w:tr w:rsidR="008F30EF" w:rsidTr="008F30EF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44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Повороты переступанием на лыжах с палками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7.02</w:t>
            </w:r>
          </w:p>
        </w:tc>
      </w:tr>
      <w:tr w:rsidR="008F30EF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Скользящий шаг на лыжах с палками "змейкой"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3D5463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20.02</w:t>
            </w:r>
          </w:p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8F30EF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Передвижение на лыжах с палками одновременным одношажным ходом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21.02</w:t>
            </w:r>
          </w:p>
        </w:tc>
      </w:tr>
      <w:tr w:rsidR="008F30EF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Передвижение на лыжах с палками и попеременным 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27.02</w:t>
            </w:r>
          </w:p>
        </w:tc>
      </w:tr>
      <w:tr w:rsidR="008F30EF" w:rsidTr="008F30EF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Закрепление скользящего и ступающего шага с поворотом переступанием на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лыжах с палками и без палок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F54E76" w:rsidRDefault="00F54E76" w:rsidP="008F30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28.02</w:t>
            </w:r>
          </w:p>
        </w:tc>
      </w:tr>
    </w:tbl>
    <w:p w:rsidR="00865005" w:rsidRDefault="00865005">
      <w:pPr>
        <w:autoSpaceDE w:val="0"/>
        <w:autoSpaceDN w:val="0"/>
        <w:spacing w:after="0" w:line="14" w:lineRule="exact"/>
      </w:pPr>
    </w:p>
    <w:p w:rsidR="00865005" w:rsidRDefault="00865005">
      <w:pPr>
        <w:sectPr w:rsidR="00865005">
          <w:pgSz w:w="11900" w:h="16840"/>
          <w:pgMar w:top="284" w:right="650" w:bottom="5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65005" w:rsidRDefault="00865005">
      <w:pPr>
        <w:autoSpaceDE w:val="0"/>
        <w:autoSpaceDN w:val="0"/>
        <w:spacing w:after="66" w:line="220" w:lineRule="exact"/>
      </w:pPr>
    </w:p>
    <w:tbl>
      <w:tblPr>
        <w:tblW w:w="10631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972"/>
        <w:gridCol w:w="1134"/>
        <w:gridCol w:w="1701"/>
        <w:gridCol w:w="1134"/>
      </w:tblGrid>
      <w:tr w:rsidR="008F30EF" w:rsidTr="008F30E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"Подвижные и спортивные игры". Подвижные игры. ТБ. Бросок и ловля мяча.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6.03</w:t>
            </w:r>
          </w:p>
        </w:tc>
      </w:tr>
      <w:tr w:rsidR="008F30EF" w:rsidTr="008F30E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Баскетбол. Отработка навыков броска и ловли мяча. Одиночный отбив мяча от пола.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7.03</w:t>
            </w:r>
          </w:p>
        </w:tc>
      </w:tr>
      <w:tr w:rsidR="008F30EF" w:rsidTr="008F30EF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Отработка навыков одиночного отбива мяча от пола. Закрепление навыков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выполнения упражнений с мячом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13.03</w:t>
            </w:r>
          </w:p>
        </w:tc>
      </w:tr>
      <w:tr w:rsidR="008F30EF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 w:right="432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Баскетбол. Игровые задания с мячом.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передвижения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14.03</w:t>
            </w:r>
          </w:p>
        </w:tc>
      </w:tr>
      <w:tr w:rsidR="008F30EF" w:rsidTr="008F30E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71" w:lineRule="auto"/>
              <w:ind w:left="72" w:right="138"/>
              <w:jc w:val="both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Волейбол. Подбрасывание мяча. Ловля и передача мяча. Игра «Гонка мячей» 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Игра«Волк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во рву»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20.03</w:t>
            </w:r>
          </w:p>
        </w:tc>
      </w:tr>
      <w:tr w:rsidR="008F30EF" w:rsidTr="008F30EF">
        <w:trPr>
          <w:trHeight w:hRule="exact" w:val="217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81" w:lineRule="auto"/>
              <w:ind w:left="72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Баскетбол. Ведение мяча. Игра «Белочки собачки» Подвижная игра "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Космонавты",«Волки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во вру» Подвижные игры на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основе Баскетбола.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цель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мишень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). Игра «Попади в обруч».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21.03</w:t>
            </w:r>
          </w:p>
        </w:tc>
      </w:tr>
      <w:tr w:rsidR="008F30EF" w:rsidTr="008F30EF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Pr="004261E5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Эстафета с баскетбольным мячом.</w:t>
            </w:r>
          </w:p>
          <w:p w:rsidR="008F30EF" w:rsidRDefault="008F30EF" w:rsidP="008F30EF">
            <w:pPr>
              <w:autoSpaceDE w:val="0"/>
              <w:autoSpaceDN w:val="0"/>
              <w:spacing w:before="70" w:after="0"/>
              <w:ind w:left="72" w:right="144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Броски в цель (щит). Игра «Передал-садись». Разновидности приема 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передачи мяча.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Подвижная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Лиса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зайцы»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Pr="002F4966" w:rsidRDefault="008F30EF" w:rsidP="008F30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3.04</w:t>
            </w:r>
          </w:p>
        </w:tc>
      </w:tr>
      <w:tr w:rsidR="00FA5ACC" w:rsidTr="008F30EF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"Лёгкая атлетика". Прыжок в длину и в высоту с прямого разбега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4.04</w:t>
            </w:r>
          </w:p>
        </w:tc>
      </w:tr>
      <w:tr w:rsidR="00FA5ACC" w:rsidTr="008F30E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Подскоки через скакалку вперёд, назад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10.04</w:t>
            </w:r>
          </w:p>
        </w:tc>
      </w:tr>
      <w:tr w:rsidR="00FA5ACC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Отработка навыков выполнения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подскоков через скакалку вперёд, назад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11.04</w:t>
            </w:r>
          </w:p>
        </w:tc>
      </w:tr>
      <w:tr w:rsidR="00FA5ACC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 w:right="432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Прыжок в длину с разбега 3-5 шагов.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Удочка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17.04</w:t>
            </w:r>
          </w:p>
        </w:tc>
      </w:tr>
      <w:tr w:rsidR="00FA5ACC" w:rsidTr="008F30E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Прыжок в высоту с разбега в 4-5 шагов.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18.04</w:t>
            </w:r>
          </w:p>
        </w:tc>
      </w:tr>
      <w:tr w:rsidR="00FA5ACC" w:rsidTr="008F30EF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Прыжок в длину с разбега 3-5 шагов. Прыжок в высоту с разбега в 4-5 шагов.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24.04</w:t>
            </w:r>
          </w:p>
        </w:tc>
      </w:tr>
    </w:tbl>
    <w:p w:rsidR="00865005" w:rsidRDefault="00865005">
      <w:pPr>
        <w:autoSpaceDE w:val="0"/>
        <w:autoSpaceDN w:val="0"/>
        <w:spacing w:after="0" w:line="14" w:lineRule="exact"/>
      </w:pPr>
    </w:p>
    <w:p w:rsidR="00865005" w:rsidRDefault="00865005">
      <w:pPr>
        <w:sectPr w:rsidR="00865005">
          <w:pgSz w:w="11900" w:h="16840"/>
          <w:pgMar w:top="284" w:right="650" w:bottom="39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65005" w:rsidRDefault="00865005">
      <w:pPr>
        <w:autoSpaceDE w:val="0"/>
        <w:autoSpaceDN w:val="0"/>
        <w:spacing w:after="66" w:line="220" w:lineRule="exact"/>
      </w:pPr>
    </w:p>
    <w:tbl>
      <w:tblPr>
        <w:tblW w:w="10631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972"/>
        <w:gridCol w:w="1134"/>
        <w:gridCol w:w="6"/>
        <w:gridCol w:w="1695"/>
        <w:gridCol w:w="1134"/>
      </w:tblGrid>
      <w:tr w:rsidR="00FA5ACC" w:rsidTr="00FA5AC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Демонстрация прироста показателей физических качеств к нормативным требованиям комплекса ГТО.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25.04</w:t>
            </w:r>
          </w:p>
        </w:tc>
      </w:tr>
      <w:tr w:rsidR="00FA5ACC" w:rsidTr="00FA5AC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30 м (с)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2.05</w:t>
            </w:r>
          </w:p>
        </w:tc>
      </w:tr>
      <w:tr w:rsidR="00FA5ACC" w:rsidTr="00FA5AC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44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Смешанное передвижение на 1000 м (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мин,с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15.05</w:t>
            </w:r>
          </w:p>
        </w:tc>
      </w:tr>
      <w:tr w:rsidR="00FA5ACC" w:rsidTr="00FA5AC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Челночный бег 3х10 м (с)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F54E76" w:rsidRDefault="00F54E76" w:rsidP="00FA5AC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16.05</w:t>
            </w:r>
          </w:p>
        </w:tc>
      </w:tr>
      <w:tr w:rsidR="00FA5ACC" w:rsidTr="00FA5ACC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22.05</w:t>
            </w:r>
          </w:p>
        </w:tc>
      </w:tr>
      <w:tr w:rsidR="00FA5ACC" w:rsidTr="00FA5AC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Подтягивание из виса лежа на низкой перекладине 90 см (количество раз)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23.05</w:t>
            </w:r>
          </w:p>
        </w:tc>
      </w:tr>
      <w:tr w:rsidR="00FA5ACC" w:rsidTr="00FA5AC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Сгибание и разгибание рук в упоре лежа на полу (количество раз)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F54E76" w:rsidRDefault="00F54E76" w:rsidP="00FA5AC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FA5ACC" w:rsidTr="00FA5AC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Наклон вперед из положения стоя на гимнастической скамье (от уровня скамьи - см)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FA5ACC" w:rsidTr="00FA5AC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Метание теннисного мяча в цель,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дистанция 6 м (количество попаданий)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FA5ACC" w:rsidTr="00FA5AC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F54E76" w:rsidRDefault="00F54E76" w:rsidP="00FA5AC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FA5ACC" w:rsidTr="00FA5ACC">
        <w:trPr>
          <w:trHeight w:hRule="exact" w:val="828"/>
        </w:trPr>
        <w:tc>
          <w:tcPr>
            <w:tcW w:w="4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F54E76" w:rsidRDefault="00F54E76" w:rsidP="00FA5AC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</w:pPr>
          </w:p>
        </w:tc>
      </w:tr>
    </w:tbl>
    <w:p w:rsidR="008F30EF" w:rsidRDefault="008F30EF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30EF" w:rsidRDefault="008F30EF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30EF" w:rsidRDefault="008F30EF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30EF" w:rsidRDefault="008F30EF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30EF" w:rsidRDefault="008F30EF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30EF" w:rsidRDefault="008F30EF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30EF" w:rsidRDefault="008F30EF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30EF" w:rsidRDefault="008F30EF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30EF" w:rsidRDefault="008F30EF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30EF" w:rsidRDefault="008F30EF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FA5ACC" w:rsidRDefault="00FA5ACC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FA5ACC" w:rsidRDefault="00FA5ACC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65005" w:rsidRDefault="004261E5">
      <w:pPr>
        <w:autoSpaceDE w:val="0"/>
        <w:autoSpaceDN w:val="0"/>
        <w:spacing w:before="218" w:after="14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>2 КЛАСС</w:t>
      </w:r>
    </w:p>
    <w:tbl>
      <w:tblPr>
        <w:tblW w:w="10914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4382"/>
        <w:gridCol w:w="732"/>
        <w:gridCol w:w="962"/>
        <w:gridCol w:w="10"/>
        <w:gridCol w:w="982"/>
        <w:gridCol w:w="10"/>
        <w:gridCol w:w="1549"/>
        <w:gridCol w:w="1701"/>
        <w:gridCol w:w="10"/>
      </w:tblGrid>
      <w:tr w:rsidR="008F30EF" w:rsidTr="002F4EDC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2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30EF" w:rsidRPr="008F30EF" w:rsidRDefault="008F30EF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Дата</w:t>
            </w:r>
          </w:p>
        </w:tc>
      </w:tr>
      <w:tr w:rsidR="008F30EF" w:rsidTr="002F4EDC">
        <w:trPr>
          <w:trHeight w:hRule="exact" w:val="1187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Default="008F30EF"/>
        </w:tc>
        <w:tc>
          <w:tcPr>
            <w:tcW w:w="4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Default="008F30EF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30EF" w:rsidRDefault="008F30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Default="008F30EF"/>
        </w:tc>
        <w:tc>
          <w:tcPr>
            <w:tcW w:w="171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0EF" w:rsidRDefault="008F30EF"/>
        </w:tc>
      </w:tr>
      <w:tr w:rsidR="00FA5ACC" w:rsidTr="002F4EDC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5.09</w:t>
            </w:r>
          </w:p>
        </w:tc>
      </w:tr>
      <w:tr w:rsidR="00FA5ACC" w:rsidTr="002F4EDC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Зарождение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6.09</w:t>
            </w:r>
          </w:p>
        </w:tc>
      </w:tr>
      <w:tr w:rsidR="00FA5ACC" w:rsidTr="002F4EDC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"Лёгкая атлетика". Правила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поведения на занятиях лёгкой атлетикой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12.09.</w:t>
            </w:r>
          </w:p>
        </w:tc>
      </w:tr>
      <w:tr w:rsidR="00FA5ACC" w:rsidTr="002F4EDC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/>
              <w:ind w:left="72" w:right="144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Легкая атлетика. Разновидности ходьбы и бега. Ходьба по разметкам. Ходьба с преодолением препятствий.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ускорением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, 20 м. Игра «Пятнашки».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13.09</w:t>
            </w:r>
          </w:p>
        </w:tc>
      </w:tr>
      <w:tr w:rsidR="00FA5ACC" w:rsidTr="002F4EDC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81" w:lineRule="auto"/>
              <w:ind w:left="72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Разновидности ходьбы и бега. Ходьба по разметкам.  Бег с ускорением, 30 м. </w:t>
            </w:r>
            <w:proofErr w:type="spellStart"/>
            <w:proofErr w:type="gram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Игра«</w:t>
            </w:r>
            <w:proofErr w:type="gram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Пятнашки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Развитие скоростных и координационных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способностей.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F54E76" w:rsidRDefault="00F54E76" w:rsidP="00FA5ACC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19.09</w:t>
            </w:r>
          </w:p>
        </w:tc>
      </w:tr>
      <w:tr w:rsidR="00FA5ACC" w:rsidTr="002F4EDC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/>
              <w:ind w:left="72" w:right="720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Разновидности ходьбы. Бег с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ускорением, 60 м. Игра «Вызов номеров».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скоростных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координационных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способностей.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20.09</w:t>
            </w:r>
          </w:p>
        </w:tc>
      </w:tr>
      <w:tr w:rsidR="00FA5ACC" w:rsidTr="002F4EDC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"Лёгкая атлетика". Броски мяча в неподвижную мишень Метание малого мяча в горизонтальную цель (2х2м) с расстояния 4-5 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26.09</w:t>
            </w:r>
          </w:p>
        </w:tc>
      </w:tr>
      <w:tr w:rsidR="00FA5ACC" w:rsidTr="002F4EDC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Метание малого мяча в вертикальную цель (2х2м) с расстояния 4-5 м. броски набивного мяча. Метание малого мяча в горизонтальную и вертикальную цель (2х2м) с расстояния 4-5 м. броски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набивного мяча.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27.09</w:t>
            </w:r>
          </w:p>
        </w:tc>
      </w:tr>
      <w:tr w:rsidR="00FA5ACC" w:rsidTr="002F4EDC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100" w:after="0" w:line="271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"Лёгкая атлетика". Сложно координированные прыжковые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3.10.</w:t>
            </w:r>
          </w:p>
        </w:tc>
      </w:tr>
      <w:tr w:rsidR="00FA5ACC" w:rsidTr="002F4EDC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Прыжки толчком с двух ног вперёд, назад, с поворотом на 45° и 90° в обе стороны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4.10</w:t>
            </w:r>
          </w:p>
        </w:tc>
      </w:tr>
      <w:tr w:rsidR="00FA5ACC" w:rsidTr="002F4EDC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Физическое развитие. Освоение техники выполнения упражнений общей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разминки: наклоны туловища вперёд, попеременно касаясь прямых ног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животом, грудью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10.10</w:t>
            </w:r>
          </w:p>
        </w:tc>
      </w:tr>
      <w:tr w:rsidR="00FA5ACC" w:rsidTr="002F4EDC">
        <w:trPr>
          <w:gridAfter w:val="1"/>
          <w:wAfter w:w="10" w:type="dxa"/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Физические качества. Упражнения для укрепления мышц спины и брюшного пресса («берёзка»). Сила как физическое качество. Освоение упражнений на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развитие силы: сгибание и разгибание рук в упоре лёжа на полу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A44EEF" w:rsidRDefault="00A44EEF" w:rsidP="00FA5AC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17.10</w:t>
            </w:r>
          </w:p>
        </w:tc>
      </w:tr>
      <w:tr w:rsidR="00FA5ACC" w:rsidTr="002F4EDC">
        <w:trPr>
          <w:gridAfter w:val="1"/>
          <w:wAfter w:w="10" w:type="dxa"/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Быстрота как физическое качество. </w:t>
            </w:r>
          </w:p>
          <w:p w:rsidR="00FA5ACC" w:rsidRDefault="00FA5ACC" w:rsidP="00FA5ACC">
            <w:pPr>
              <w:autoSpaceDE w:val="0"/>
              <w:autoSpaceDN w:val="0"/>
              <w:spacing w:before="70" w:after="0" w:line="271" w:lineRule="auto"/>
              <w:ind w:left="72" w:right="576" w:firstLine="180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Выносливость как физическое качество.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Гибкость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18.10</w:t>
            </w:r>
          </w:p>
        </w:tc>
      </w:tr>
      <w:tr w:rsidR="00FA5ACC" w:rsidTr="002F4EDC">
        <w:trPr>
          <w:gridAfter w:val="1"/>
          <w:wAfter w:w="10" w:type="dxa"/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Развитие координации движений. Дневник наблюдений по физической культуре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24.10</w:t>
            </w:r>
          </w:p>
        </w:tc>
      </w:tr>
      <w:tr w:rsidR="00FA5ACC" w:rsidTr="002F4EDC">
        <w:trPr>
          <w:gridAfter w:val="1"/>
          <w:wAfter w:w="10" w:type="dxa"/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Закаливание организма. Упражнение для растяжки голеностопного сустава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(«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крабик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») Утренняя зарядка.</w:t>
            </w:r>
          </w:p>
          <w:p w:rsidR="00FA5ACC" w:rsidRPr="004261E5" w:rsidRDefault="00FA5ACC" w:rsidP="00FA5ACC">
            <w:pPr>
              <w:autoSpaceDE w:val="0"/>
              <w:autoSpaceDN w:val="0"/>
              <w:spacing w:before="70" w:after="0" w:line="262" w:lineRule="auto"/>
              <w:ind w:right="1152"/>
              <w:jc w:val="center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Составление индивидуальных комплексов утренней зарядки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25.10</w:t>
            </w:r>
          </w:p>
        </w:tc>
      </w:tr>
      <w:tr w:rsidR="00FA5ACC" w:rsidTr="002F4EDC">
        <w:trPr>
          <w:gridAfter w:val="1"/>
          <w:wAfter w:w="10" w:type="dxa"/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"Гимнастика с основами акробатики". Правила поведения на уроках гимнастики и акробатики.</w:t>
            </w:r>
          </w:p>
          <w:p w:rsidR="00FA5ACC" w:rsidRPr="004261E5" w:rsidRDefault="00FA5ACC" w:rsidP="00FA5ACC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Отработка навыков выполнения кувырка вперёд, назад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7.11</w:t>
            </w:r>
          </w:p>
        </w:tc>
      </w:tr>
      <w:tr w:rsidR="00FA5ACC" w:rsidTr="002F4EDC">
        <w:trPr>
          <w:gridAfter w:val="1"/>
          <w:wAfter w:w="10" w:type="dxa"/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Размыкание и смыкание приставными шагами. Подводящие и акробатические упражнения. Кувырок вперёд, назад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8.11</w:t>
            </w:r>
          </w:p>
        </w:tc>
      </w:tr>
      <w:tr w:rsidR="00FA5ACC" w:rsidTr="002F4EDC">
        <w:trPr>
          <w:gridAfter w:val="1"/>
          <w:wAfter w:w="10" w:type="dxa"/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Перестроение из колонны по одному в колонну по два. Из стойки на лопатках, согнув ноги, перекат вперед в упор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присев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14.11</w:t>
            </w:r>
          </w:p>
        </w:tc>
      </w:tr>
      <w:tr w:rsidR="00FA5ACC" w:rsidTr="002F4EDC">
        <w:trPr>
          <w:gridAfter w:val="1"/>
          <w:wAfter w:w="10" w:type="dxa"/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Кувырок вперед, стойка на лопатках. Из стойки на лопатках, согнув ноги,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перекат вперед в упор присев.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15.11</w:t>
            </w:r>
          </w:p>
        </w:tc>
      </w:tr>
      <w:tr w:rsidR="00FA5ACC" w:rsidTr="002F4EDC">
        <w:trPr>
          <w:gridAfter w:val="1"/>
          <w:wAfter w:w="10" w:type="dxa"/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21.11</w:t>
            </w:r>
          </w:p>
        </w:tc>
      </w:tr>
      <w:tr w:rsidR="00FA5ACC" w:rsidTr="002F4EDC">
        <w:trPr>
          <w:gridAfter w:val="1"/>
          <w:wAfter w:w="10" w:type="dxa"/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A44EEF" w:rsidRDefault="00A44EEF" w:rsidP="00FA5AC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22.11</w:t>
            </w:r>
          </w:p>
        </w:tc>
      </w:tr>
      <w:tr w:rsidR="00FA5ACC" w:rsidTr="002F4EDC">
        <w:trPr>
          <w:gridAfter w:val="1"/>
          <w:wAfter w:w="10" w:type="dxa"/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разминка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28.11</w:t>
            </w:r>
          </w:p>
        </w:tc>
      </w:tr>
      <w:tr w:rsidR="00FA5AC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разминка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29.11</w:t>
            </w:r>
          </w:p>
        </w:tc>
      </w:tr>
      <w:tr w:rsidR="00FA5AC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разминка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5.12</w:t>
            </w:r>
          </w:p>
        </w:tc>
      </w:tr>
      <w:tr w:rsidR="00FA5ACC" w:rsidTr="002F4EDC">
        <w:trPr>
          <w:gridAfter w:val="1"/>
          <w:wAfter w:w="10" w:type="dxa"/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Упражнения с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гимнастической скакалкой. Удержание скакалки. Вращение кистью руки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скакалки, сложенной вдвое,  — перед собой, ловля скакалки («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эшапе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6.12</w:t>
            </w:r>
          </w:p>
        </w:tc>
      </w:tr>
      <w:tr w:rsidR="00FA5ACC" w:rsidTr="002F4EDC">
        <w:trPr>
          <w:gridAfter w:val="1"/>
          <w:wAfter w:w="10" w:type="dxa"/>
          <w:trHeight w:hRule="exact" w:val="1838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100" w:after="0" w:line="281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Упражнения с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гимнастической скакалкой. Высокие прыжки вперёд через скакалку с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двойным махом вперёд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12.12</w:t>
            </w:r>
          </w:p>
        </w:tc>
      </w:tr>
      <w:tr w:rsidR="00FA5ACC" w:rsidTr="002F4EDC">
        <w:trPr>
          <w:gridAfter w:val="1"/>
          <w:wAfter w:w="10" w:type="dxa"/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Упражнения с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гимнастической скакалкой.  Закрепление навыков выполнения упражнений со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скакалкой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13.12</w:t>
            </w:r>
          </w:p>
        </w:tc>
      </w:tr>
      <w:tr w:rsidR="00FA5ACC" w:rsidTr="002F4EDC">
        <w:trPr>
          <w:gridAfter w:val="1"/>
          <w:wAfter w:w="10" w:type="dxa"/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Pr="004261E5" w:rsidRDefault="00FA5ACC" w:rsidP="00FA5ACC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акробатики". Танцевальные движения. Освоение танцевальных шагов: шаги с подскоками (вперёд, назад, с поворотом)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5ACC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CC" w:rsidRPr="002F4966" w:rsidRDefault="00FA5ACC" w:rsidP="00FA5AC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19.12</w:t>
            </w:r>
          </w:p>
        </w:tc>
      </w:tr>
      <w:tr w:rsidR="002F4EDC" w:rsidTr="002F4EDC">
        <w:trPr>
          <w:gridAfter w:val="1"/>
          <w:wAfter w:w="10" w:type="dxa"/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Упражнения с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гимнастическим мячом. Бросок мяча в заданную плоскость и ловля мяча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20.12</w:t>
            </w:r>
          </w:p>
        </w:tc>
      </w:tr>
      <w:tr w:rsidR="002F4EDC" w:rsidTr="002F4EDC">
        <w:trPr>
          <w:gridAfter w:val="1"/>
          <w:wAfter w:w="10" w:type="dxa"/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100" w:after="0" w:line="281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акробатики". Упражнения с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гимнастическим мячом. Отработка навыков броска мяча в заданную плоскость и ловли мяча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A44EEF" w:rsidRDefault="00A44EEF" w:rsidP="002F4EDC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26.12</w:t>
            </w:r>
          </w:p>
        </w:tc>
      </w:tr>
      <w:tr w:rsidR="002F4EDC" w:rsidTr="002F4EDC">
        <w:trPr>
          <w:gridAfter w:val="1"/>
          <w:wAfter w:w="10" w:type="dxa"/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/>
              <w:ind w:left="72" w:right="86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акробатики". Упражнения с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гимнастическим мячом. Игровые задания с мячом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27.12</w:t>
            </w:r>
          </w:p>
        </w:tc>
      </w:tr>
      <w:tr w:rsidR="002F4EDC" w:rsidTr="002F4EDC">
        <w:trPr>
          <w:gridAfter w:val="1"/>
          <w:wAfter w:w="10" w:type="dxa"/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Лыжная подготовка Переноска лыж к месту занятия.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стойка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лыжника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16.01</w:t>
            </w:r>
          </w:p>
        </w:tc>
      </w:tr>
      <w:tr w:rsidR="002F4ED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Передвижение на лыжах ступающим шагом (без палок)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17.01</w:t>
            </w:r>
          </w:p>
        </w:tc>
      </w:tr>
      <w:tr w:rsidR="002F4ED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Передвижение на лыжах скользящим шагом (без палок)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23.01</w:t>
            </w:r>
          </w:p>
        </w:tc>
      </w:tr>
      <w:tr w:rsidR="002F4EDC" w:rsidTr="002F4EDC">
        <w:trPr>
          <w:gridAfter w:val="1"/>
          <w:wAfter w:w="10" w:type="dxa"/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Лыжная подготовка". Передвижение на лыжах 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попеременным ходом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24.01</w:t>
            </w:r>
          </w:p>
        </w:tc>
      </w:tr>
      <w:tr w:rsidR="002F4EDC" w:rsidTr="002F4EDC">
        <w:trPr>
          <w:gridAfter w:val="1"/>
          <w:wAfter w:w="10" w:type="dxa"/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Передвижение одновременным </w:t>
            </w:r>
            <w:r w:rsidRPr="004261E5">
              <w:rPr>
                <w:lang w:val="ru-RU"/>
              </w:rPr>
              <w:br/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ходом. Ступающий шаг на лыжах с палками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30.01</w:t>
            </w:r>
          </w:p>
        </w:tc>
      </w:tr>
      <w:tr w:rsidR="002F4EDC" w:rsidTr="002F4EDC">
        <w:trPr>
          <w:gridAfter w:val="1"/>
          <w:wAfter w:w="10" w:type="dxa"/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Упражнения в поворотах на лыжах переступанием стоя на месте и в движении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31.01</w:t>
            </w:r>
          </w:p>
        </w:tc>
      </w:tr>
      <w:tr w:rsidR="002F4ED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попеременным ходом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A44EEF" w:rsidRDefault="00A44EEF" w:rsidP="002F4ED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6.02</w:t>
            </w:r>
          </w:p>
        </w:tc>
      </w:tr>
      <w:tr w:rsidR="002F4ED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Спуски и подъёмы на лыжах.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7.02</w:t>
            </w:r>
          </w:p>
        </w:tc>
      </w:tr>
      <w:tr w:rsidR="002F4ED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Подъем и спуск под уклон на лыжах с палками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13.02</w:t>
            </w:r>
          </w:p>
        </w:tc>
      </w:tr>
      <w:tr w:rsidR="002F4ED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Подъем на склон «лесенкой» на лыжах.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дальше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14.02</w:t>
            </w:r>
          </w:p>
        </w:tc>
      </w:tr>
      <w:tr w:rsidR="002F4ED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Торможение лыжными палками и падением на бок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3D5463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20.02</w:t>
            </w:r>
          </w:p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2F4ED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способом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плуг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21.02</w:t>
            </w:r>
          </w:p>
        </w:tc>
      </w:tr>
      <w:tr w:rsidR="002F4EDC" w:rsidTr="002F4EDC">
        <w:trPr>
          <w:gridAfter w:val="1"/>
          <w:wAfter w:w="10" w:type="dxa"/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Отработка 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навыко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торможения способом «плуг»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27.02</w:t>
            </w:r>
          </w:p>
        </w:tc>
      </w:tr>
      <w:tr w:rsidR="002F4EDC" w:rsidTr="002F4EDC">
        <w:trPr>
          <w:gridAfter w:val="1"/>
          <w:wAfter w:w="10" w:type="dxa"/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Закрепление подъема и спуска под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уклон на лыжах с палками и без палок, торможение «плугом»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28.02</w:t>
            </w:r>
          </w:p>
        </w:tc>
      </w:tr>
      <w:tr w:rsidR="002F4ED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"Подвижные игры". Подвижные игры «Волки в рву», «Бездомный заяц»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6.03</w:t>
            </w:r>
          </w:p>
        </w:tc>
      </w:tr>
      <w:tr w:rsidR="002F4EDC" w:rsidTr="002F4EDC">
        <w:trPr>
          <w:gridAfter w:val="1"/>
          <w:wAfter w:w="10" w:type="dxa"/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71" w:lineRule="auto"/>
              <w:ind w:left="72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"Подвижные игры". Подвижные игры разных народов.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ночь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Салки-догонялки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7.03</w:t>
            </w:r>
          </w:p>
        </w:tc>
      </w:tr>
      <w:tr w:rsidR="002F4EDC" w:rsidTr="002F4EDC">
        <w:trPr>
          <w:gridAfter w:val="1"/>
          <w:wAfter w:w="10" w:type="dxa"/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"Подвижные игры". Подвижные игры «Белые медведи», «Совушка»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13.03</w:t>
            </w:r>
          </w:p>
        </w:tc>
      </w:tr>
      <w:tr w:rsidR="002F4EDC" w:rsidTr="002F4EDC">
        <w:trPr>
          <w:gridAfter w:val="1"/>
          <w:wAfter w:w="10" w:type="dxa"/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49.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"Подвижные игры". Подвижные игры «Гонка мяча по кругу», «Кот 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мыши»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14.03</w:t>
            </w:r>
          </w:p>
        </w:tc>
      </w:tr>
      <w:tr w:rsidR="002F4ED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20.03</w:t>
            </w:r>
          </w:p>
        </w:tc>
      </w:tr>
      <w:tr w:rsidR="002F4ED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Смешанное передвижение на 1000 м (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мин,с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21.03</w:t>
            </w:r>
          </w:p>
        </w:tc>
      </w:tr>
      <w:tr w:rsidR="002F4EDC" w:rsidTr="00891CC8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Челночный бег 3х10 м (с)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3.04</w:t>
            </w:r>
          </w:p>
        </w:tc>
      </w:tr>
      <w:tr w:rsidR="002F4EDC" w:rsidTr="00891CC8">
        <w:trPr>
          <w:gridAfter w:val="1"/>
          <w:wAfter w:w="10" w:type="dxa"/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Бег на 30 м (с)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A44EEF" w:rsidRDefault="00A44EEF" w:rsidP="002F4EDC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4.04</w:t>
            </w:r>
          </w:p>
        </w:tc>
      </w:tr>
      <w:tr w:rsidR="002F4ED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10.04</w:t>
            </w:r>
          </w:p>
        </w:tc>
      </w:tr>
      <w:tr w:rsidR="002F4ED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Подтягивание из виса лежа на низкой перекладине 90 см (количество раз)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11.04</w:t>
            </w:r>
          </w:p>
        </w:tc>
      </w:tr>
      <w:tr w:rsidR="002F4ED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Сгибание и разгибание рук в упоре лежа на полу (количество раз)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17.04</w:t>
            </w:r>
          </w:p>
        </w:tc>
      </w:tr>
      <w:tr w:rsidR="002F4EDC" w:rsidTr="002F4EDC">
        <w:trPr>
          <w:gridAfter w:val="1"/>
          <w:wAfter w:w="10" w:type="dxa"/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Наклон вперед из положения стоя на гимнастической скамье (от уровня скамьи - см)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18.04</w:t>
            </w:r>
          </w:p>
        </w:tc>
      </w:tr>
      <w:tr w:rsidR="002F4ED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24.04</w:t>
            </w:r>
          </w:p>
        </w:tc>
      </w:tr>
      <w:tr w:rsidR="002F4EDC" w:rsidTr="002F4EDC">
        <w:trPr>
          <w:gridAfter w:val="1"/>
          <w:wAfter w:w="10" w:type="dxa"/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"Лёгкая атлетика". Сложно координированные прыжковые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25.04</w:t>
            </w:r>
          </w:p>
        </w:tc>
      </w:tr>
      <w:tr w:rsidR="002F4EDC" w:rsidTr="002F4EDC">
        <w:trPr>
          <w:gridAfter w:val="1"/>
          <w:wAfter w:w="10" w:type="dxa"/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"Лёгкая атлетика". Прыжок в длину с  разбега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2.05</w:t>
            </w:r>
          </w:p>
        </w:tc>
      </w:tr>
      <w:tr w:rsidR="002F4ED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right="144"/>
              <w:jc w:val="center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Прыжки через скакалку вперёд, назад. Подскоки через скакалку вперёд, назад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15.05</w:t>
            </w:r>
          </w:p>
        </w:tc>
      </w:tr>
      <w:tr w:rsidR="002F4EDC" w:rsidTr="00891CC8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Закрепление техники прыжка в длину с прямого разбега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16.05</w:t>
            </w:r>
          </w:p>
        </w:tc>
      </w:tr>
      <w:tr w:rsidR="002F4EDC" w:rsidTr="00891CC8">
        <w:trPr>
          <w:gridAfter w:val="1"/>
          <w:wAfter w:w="10" w:type="dxa"/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"Лёгкая атлетика". Сложно координированные передвижения ходьбой по гимнастической скамейке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22.05</w:t>
            </w:r>
          </w:p>
        </w:tc>
      </w:tr>
      <w:tr w:rsidR="002F4EDC" w:rsidTr="002F4EDC">
        <w:trPr>
          <w:gridAfter w:val="1"/>
          <w:wAfter w:w="10" w:type="dxa"/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Бег на 30 м (с)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Pr="002F4966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23.05</w:t>
            </w:r>
          </w:p>
        </w:tc>
      </w:tr>
      <w:tr w:rsidR="002F4EDC" w:rsidTr="002F4EDC">
        <w:trPr>
          <w:gridAfter w:val="1"/>
          <w:wAfter w:w="10" w:type="dxa"/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 w:rsidP="002F4EDC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Ходьба с преодолением препятствий. Бег с ускорением, 20 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Default="002F4EDC" w:rsidP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:rsidR="00865005" w:rsidRDefault="00865005">
      <w:pPr>
        <w:autoSpaceDE w:val="0"/>
        <w:autoSpaceDN w:val="0"/>
        <w:spacing w:after="0" w:line="14" w:lineRule="exact"/>
      </w:pPr>
    </w:p>
    <w:p w:rsidR="00865005" w:rsidRDefault="00865005">
      <w:pPr>
        <w:sectPr w:rsidR="00865005">
          <w:pgSz w:w="11900" w:h="16840"/>
          <w:pgMar w:top="284" w:right="650" w:bottom="418" w:left="666" w:header="720" w:footer="720" w:gutter="0"/>
          <w:cols w:space="720" w:equalWidth="0">
            <w:col w:w="10584" w:space="0"/>
          </w:cols>
          <w:docGrid w:linePitch="360"/>
        </w:sectPr>
      </w:pPr>
    </w:p>
    <w:tbl>
      <w:tblPr>
        <w:tblW w:w="10904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4382"/>
        <w:gridCol w:w="732"/>
        <w:gridCol w:w="820"/>
        <w:gridCol w:w="1125"/>
        <w:gridCol w:w="9"/>
        <w:gridCol w:w="1551"/>
        <w:gridCol w:w="8"/>
        <w:gridCol w:w="1701"/>
      </w:tblGrid>
      <w:tr w:rsidR="002F4EDC" w:rsidTr="002F4EDC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66.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"Лёгкая атлетика". Сложно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координированные беговые упражнения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Default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2F4EDC" w:rsidTr="002F4EDC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Смешанное передвижение на 1000 м (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мин,с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Default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2F4EDC" w:rsidTr="002F4EDC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"Лёгкая атлетика". Сложно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координированные беговые упражнения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EDC" w:rsidRDefault="002F4EDC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2F4EDC" w:rsidTr="002F4EDC">
        <w:trPr>
          <w:trHeight w:hRule="exact" w:val="828"/>
        </w:trPr>
        <w:tc>
          <w:tcPr>
            <w:tcW w:w="4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4261E5" w:rsidRDefault="002F4EDC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Default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4EDC" w:rsidRPr="00A44EEF" w:rsidRDefault="00A44E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F4EDC" w:rsidRDefault="002F4E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4EDC" w:rsidRDefault="002F4EDC" w:rsidP="002F4EDC">
            <w:pPr>
              <w:autoSpaceDE w:val="0"/>
              <w:autoSpaceDN w:val="0"/>
              <w:spacing w:before="98" w:after="0" w:line="230" w:lineRule="auto"/>
            </w:pPr>
          </w:p>
        </w:tc>
      </w:tr>
    </w:tbl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91CC8" w:rsidRDefault="00891CC8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195703" w:rsidRDefault="00195703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65005" w:rsidRDefault="004261E5">
      <w:pPr>
        <w:autoSpaceDE w:val="0"/>
        <w:autoSpaceDN w:val="0"/>
        <w:spacing w:before="218" w:after="14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3 КЛАСС</w:t>
      </w:r>
    </w:p>
    <w:tbl>
      <w:tblPr>
        <w:tblW w:w="1076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4382"/>
        <w:gridCol w:w="732"/>
        <w:gridCol w:w="1103"/>
        <w:gridCol w:w="1134"/>
        <w:gridCol w:w="1560"/>
        <w:gridCol w:w="1275"/>
      </w:tblGrid>
      <w:tr w:rsidR="00891CC8" w:rsidTr="00891CC8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71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Дата</w:t>
            </w:r>
          </w:p>
        </w:tc>
      </w:tr>
      <w:tr w:rsidR="00891CC8" w:rsidTr="00891CC8">
        <w:trPr>
          <w:trHeight w:hRule="exact" w:val="83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91CC8" w:rsidRDefault="00891CC8"/>
        </w:tc>
        <w:tc>
          <w:tcPr>
            <w:tcW w:w="4382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91CC8" w:rsidRDefault="00891CC8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91CC8" w:rsidRDefault="00891CC8"/>
        </w:tc>
        <w:tc>
          <w:tcPr>
            <w:tcW w:w="1275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91CC8" w:rsidRDefault="00891CC8"/>
        </w:tc>
      </w:tr>
      <w:tr w:rsidR="00891CC8" w:rsidTr="00891CC8">
        <w:trPr>
          <w:trHeight w:hRule="exact" w:val="828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6" w:after="0" w:line="262" w:lineRule="auto"/>
              <w:ind w:left="72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Физическая культура у древних народов.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Инструктаж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ТБ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6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6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1.09</w:t>
            </w:r>
          </w:p>
        </w:tc>
      </w:tr>
      <w:tr w:rsidR="00891CC8" w:rsidTr="00891CC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6.09</w:t>
            </w:r>
          </w:p>
        </w:tc>
      </w:tr>
      <w:tr w:rsidR="00891CC8" w:rsidTr="00891CC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8.09</w:t>
            </w:r>
          </w:p>
        </w:tc>
      </w:tr>
      <w:tr w:rsidR="00891CC8" w:rsidTr="00891CC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13.09</w:t>
            </w:r>
          </w:p>
        </w:tc>
      </w:tr>
      <w:tr w:rsidR="00891CC8" w:rsidTr="00891CC8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Нагрузка. Влияние нагрузки на мышцы. Измерение пульса на уроках физической культуры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15.09</w:t>
            </w:r>
          </w:p>
        </w:tc>
      </w:tr>
      <w:tr w:rsidR="00891CC8" w:rsidTr="00891CC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Дозировка физической нагрузки во время занятий физической культурой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20.09</w:t>
            </w:r>
          </w:p>
        </w:tc>
      </w:tr>
      <w:tr w:rsidR="00891CC8" w:rsidTr="00891CC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Закаливание организма. Способы составления графика закаливающих процедур.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22.09</w:t>
            </w:r>
          </w:p>
        </w:tc>
      </w:tr>
      <w:tr w:rsidR="00891CC8" w:rsidTr="00891CC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Дыхательная гимнастика Зрительная гимнастика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27.09</w:t>
            </w:r>
          </w:p>
        </w:tc>
      </w:tr>
      <w:tr w:rsidR="00891CC8" w:rsidTr="00891CC8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"Лёгкая атлетика". Прыжок в длину с разбега Комплекс упражнений для развития прыгучести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29.09</w:t>
            </w:r>
          </w:p>
        </w:tc>
      </w:tr>
      <w:tr w:rsidR="00891CC8" w:rsidTr="00891CC8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длину с разбега способом согнув ноги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Подводящие упражнения для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самостоятельного обучения прыжку в длину с разбега способом согнув ноги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4.10</w:t>
            </w:r>
          </w:p>
        </w:tc>
      </w:tr>
      <w:tr w:rsidR="00891CC8" w:rsidTr="00891CC8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высоту с прямого разбега Подводящие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для самостоятельного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обучения прыжку в высоту с прямого разбега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6.10</w:t>
            </w:r>
          </w:p>
        </w:tc>
      </w:tr>
      <w:tr w:rsidR="00891CC8" w:rsidTr="00891CC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Способ самостоятельного обучения прыжку в высоту с прямого разбега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13.10</w:t>
            </w:r>
          </w:p>
        </w:tc>
      </w:tr>
      <w:tr w:rsidR="00891CC8" w:rsidTr="00891CC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"Лёгкая атлетика". Броски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набивного мяча Бросок набивного мяча из-за головы в положении стоя на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дальность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18.10</w:t>
            </w:r>
          </w:p>
        </w:tc>
      </w:tr>
      <w:tr w:rsidR="00891CC8" w:rsidTr="00891CC8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Техники броска набивного мяча из-за головы в положении стоя и сидя. Бросок набивного мяча из-за головы в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положении сидя через находящуюся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впереди на небольшой высоте планку.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20.10</w:t>
            </w:r>
          </w:p>
        </w:tc>
      </w:tr>
      <w:tr w:rsidR="00891CC8" w:rsidTr="00891CC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"Лёгкая атлетика". Беговые упражнения повышенной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координационной сложности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25.10</w:t>
            </w:r>
          </w:p>
        </w:tc>
      </w:tr>
      <w:tr w:rsidR="00891CC8" w:rsidRPr="009A1EC8" w:rsidTr="00891CC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9A1EC8" w:rsidRDefault="00891CC8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челночного бега 3 × 5 м; 4 × 5 м; 4 × 10 м</w:t>
            </w:r>
            <w:r w:rsidR="009A1EC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Бег с максимальной скоростью на дистанцию </w:t>
            </w:r>
            <w:r w:rsidRPr="009A1EC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 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9A1EC8" w:rsidRDefault="00891CC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A1EC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A44EEF" w:rsidRDefault="00A44E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9A1EC8" w:rsidRDefault="00891CC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A1EC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9A1E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A1EC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27.10</w:t>
            </w:r>
          </w:p>
        </w:tc>
      </w:tr>
      <w:tr w:rsidR="00891CC8" w:rsidTr="00891CC8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9A1EC8" w:rsidRDefault="00891CC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A1EC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Бег с максимальной скоростью на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короткое расстояние с дополнительным отягощением (гантелями в руках весом по 100 г);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8.11</w:t>
            </w:r>
          </w:p>
        </w:tc>
      </w:tr>
      <w:tr w:rsidR="00891CC8" w:rsidTr="00891CC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71" w:lineRule="auto"/>
              <w:ind w:left="72" w:right="86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Бег через набивные мячи; бег с 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наступанием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на гимнастическую скамейку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10.11</w:t>
            </w:r>
          </w:p>
        </w:tc>
      </w:tr>
      <w:tr w:rsidR="00891CC8" w:rsidRPr="00A44EEF" w:rsidTr="00891CC8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Строевые команды 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упражнения</w:t>
            </w:r>
            <w:r w:rsidR="00A44EE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Организующие 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команды:«Стройся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», «Смирно», «На первый,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второй рассчитайсь», «Вольно», «Шагом марш», «На месте стой, раз, два»,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«Равняйсь», «В две шеренги становись»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A44EEF" w:rsidRDefault="00891CC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44EE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A44EEF" w:rsidRDefault="00891CC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44EE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A44EEF" w:rsidRDefault="00891CC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44EE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A44EEF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A44EE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15.11</w:t>
            </w:r>
          </w:p>
        </w:tc>
      </w:tr>
      <w:tr w:rsidR="00891CC8" w:rsidTr="00891CC8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A44EEF" w:rsidRDefault="00891CC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44EE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Организующие команды: «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Стройся»,«Смирно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», «На первый, второй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рассчитайсь», «Вольно», «Шагом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марш», «На месте стой, раз, два»,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«Равняйсь», «В две шеренги становись»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17.11</w:t>
            </w:r>
          </w:p>
        </w:tc>
      </w:tr>
      <w:tr w:rsidR="00891CC8" w:rsidTr="00891CC8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Лазанье по канату Лазание по гимнастическому канату в три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приема Общеразвивающие 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подготовительные упражнения для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разучивания техники лазания по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гимнастическому канату в три приема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22.11</w:t>
            </w:r>
          </w:p>
        </w:tc>
      </w:tr>
      <w:tr w:rsidR="00891CC8" w:rsidTr="00891CC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Способы самостоятельного разучивания лазанию по канату в три приема Лазание по канату в два приема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24.11</w:t>
            </w:r>
          </w:p>
        </w:tc>
      </w:tr>
      <w:tr w:rsidR="00891CC8" w:rsidTr="00891CC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71" w:lineRule="auto"/>
              <w:ind w:left="72" w:right="864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акробатики".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29.11</w:t>
            </w:r>
          </w:p>
        </w:tc>
      </w:tr>
      <w:tr w:rsidR="00891CC8" w:rsidTr="00891CC8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100" w:after="0" w:line="283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акробатики". Передвижения по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гимнастической стенке Освоение техники лазанья по гимнастической стенке разноимённым способом на небольшую высоту с последующим спрыгиванием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1.12</w:t>
            </w:r>
          </w:p>
        </w:tc>
      </w:tr>
      <w:tr w:rsidR="00891CC8" w:rsidTr="00891CC8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Освоение техники лазанья и спуск по гимнастической стенке разноимённым способом на небольшую высоту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6.12</w:t>
            </w:r>
          </w:p>
        </w:tc>
      </w:tr>
      <w:tr w:rsidR="00891CC8" w:rsidTr="00891CC8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Прыжки через скакалку Способы самостоятельного разучивания прыжков через скакалку с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изменяющейся скоростью вращения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8.12</w:t>
            </w:r>
          </w:p>
        </w:tc>
      </w:tr>
      <w:tr w:rsidR="00891CC8" w:rsidTr="00891CC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Прыжки через скакалку на месте, с изменяющейся скоростью вращения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13.12</w:t>
            </w:r>
          </w:p>
        </w:tc>
      </w:tr>
      <w:tr w:rsidR="00891CC8" w:rsidTr="00891CC8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Эстафета с выполнением прыжков через гимнастическую скакалку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15.12</w:t>
            </w:r>
          </w:p>
        </w:tc>
      </w:tr>
      <w:tr w:rsidR="00891CC8" w:rsidTr="00891CC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Ритмическая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20.12</w:t>
            </w:r>
          </w:p>
        </w:tc>
      </w:tr>
      <w:tr w:rsidR="00891CC8" w:rsidTr="00891CC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Ритмическая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22.12</w:t>
            </w:r>
          </w:p>
        </w:tc>
      </w:tr>
      <w:tr w:rsidR="00891CC8" w:rsidTr="00891CC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27.12</w:t>
            </w:r>
          </w:p>
        </w:tc>
      </w:tr>
      <w:tr w:rsidR="00891CC8" w:rsidTr="00891CC8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 закрепление приёмов выполнения различных комбинаций гимнастических упражнений с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 танцевальных шагов, поворотов, прыжков, гимнастических и акробатических упражнений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29.12</w:t>
            </w:r>
          </w:p>
        </w:tc>
      </w:tr>
      <w:tr w:rsidR="00891CC8" w:rsidTr="00891CC8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"Лыжная подготовка".</w:t>
            </w:r>
          </w:p>
          <w:p w:rsidR="00891CC8" w:rsidRDefault="00891CC8">
            <w:pPr>
              <w:autoSpaceDE w:val="0"/>
              <w:autoSpaceDN w:val="0"/>
              <w:spacing w:before="70" w:after="0"/>
              <w:ind w:left="72" w:right="288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одновременным 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ходом Способы подбора лыжного инвентаря для лыжных прогулок.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ТБ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12.01</w:t>
            </w:r>
          </w:p>
        </w:tc>
      </w:tr>
      <w:tr w:rsidR="00891CC8" w:rsidTr="00891CC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передвижения одновременным двушажным лыжным ходом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17.01</w:t>
            </w:r>
          </w:p>
        </w:tc>
      </w:tr>
      <w:tr w:rsidR="00891CC8" w:rsidTr="00891CC8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100" w:after="0"/>
              <w:ind w:left="72" w:right="100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Подводящие упражнения для самостоятельного обучения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передвижению одновременным двушажным лыжным ходом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19.01</w:t>
            </w:r>
          </w:p>
        </w:tc>
      </w:tr>
      <w:tr w:rsidR="00891CC8" w:rsidTr="00891CC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71" w:lineRule="auto"/>
              <w:ind w:left="72" w:right="100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Передвижение одновременным двушажным лыжным ходом с равномерной скоростью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24.01</w:t>
            </w:r>
          </w:p>
        </w:tc>
      </w:tr>
      <w:tr w:rsidR="00891CC8" w:rsidTr="00891CC8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передвижения попеременным двушажным лыжным ходом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26.01</w:t>
            </w:r>
          </w:p>
        </w:tc>
      </w:tr>
      <w:tr w:rsidR="00891CC8" w:rsidTr="00891CC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/>
              <w:ind w:left="72" w:right="115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Подводящие упражнения для самостоятельного обучения передвижению попеременным двушажным лыжным ходом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31.01</w:t>
            </w:r>
          </w:p>
        </w:tc>
      </w:tr>
      <w:tr w:rsidR="00891CC8" w:rsidTr="00891CC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71" w:lineRule="auto"/>
              <w:ind w:left="72" w:right="115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Передвижение попеременным двушажным лыжным ходом с равномерной скоростью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A44EEF" w:rsidRDefault="00A44E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2.02</w:t>
            </w:r>
          </w:p>
        </w:tc>
      </w:tr>
      <w:tr w:rsidR="00891CC8" w:rsidTr="00891CC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развития выносливости во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время самостоятельных занятий лыжной подготовкой.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7.02</w:t>
            </w:r>
          </w:p>
        </w:tc>
      </w:tr>
      <w:tr w:rsidR="00891CC8" w:rsidTr="00891CC8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100" w:after="0" w:line="271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по развитию выносливости во время лыжных прогулок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9.02</w:t>
            </w:r>
          </w:p>
        </w:tc>
      </w:tr>
      <w:tr w:rsidR="00891CC8" w:rsidTr="00891CC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Выполнение передвижения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попеременным двушажным лыжным ходом на оценку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14.02</w:t>
            </w:r>
          </w:p>
        </w:tc>
      </w:tr>
      <w:tr w:rsidR="00891CC8" w:rsidTr="00891CC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Повороты на лыжах способом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переступания. Техника поворота на лыжах способом переступания.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16.02</w:t>
            </w:r>
          </w:p>
        </w:tc>
      </w:tr>
      <w:tr w:rsidR="00891CC8" w:rsidTr="00891CC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Подводящие упражнения для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самостоятельного обучения технике поворота на лыжах способом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переступания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21.02</w:t>
            </w:r>
          </w:p>
        </w:tc>
      </w:tr>
      <w:tr w:rsidR="00891CC8" w:rsidTr="00891CC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45.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"Подвижные и спортивные игры". Подвижные игры с элементами спортивных игр Игровые действия подвижной игры «Попади в кольцо»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28.02</w:t>
            </w:r>
          </w:p>
        </w:tc>
      </w:tr>
      <w:tr w:rsidR="00891CC8" w:rsidTr="00891CC8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Игровые действия подвижной 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игры«Гонки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баскетбольных мячей».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2.03</w:t>
            </w:r>
          </w:p>
        </w:tc>
      </w:tr>
      <w:tr w:rsidR="00891CC8" w:rsidTr="00891CC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Организация и проведение подвижной игры «Не давай мяча водящему»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7.03</w:t>
            </w:r>
          </w:p>
        </w:tc>
      </w:tr>
      <w:tr w:rsidR="00891CC8" w:rsidTr="00891CC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"Подвижные и спортивные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игры". Спортивные игры. Баскетбол как спортивная игра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9.03</w:t>
            </w:r>
          </w:p>
        </w:tc>
      </w:tr>
      <w:tr w:rsidR="00891CC8" w:rsidTr="00891CC8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Общеразвивающие упражнения для обучение техническим действиям игры баскетбол Техника ведения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баскетбольного мяча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14.03</w:t>
            </w:r>
          </w:p>
        </w:tc>
      </w:tr>
      <w:tr w:rsidR="00891CC8" w:rsidTr="00891CC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Подводящие упражнения для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самостоятельного обучения технике ведения баскетбольного мяча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891CC8" w:rsidRDefault="00891CC8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16.03</w:t>
            </w:r>
          </w:p>
        </w:tc>
      </w:tr>
      <w:tr w:rsidR="00891CC8" w:rsidTr="00891CC8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Техника ловли и передачи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баскетбольного мяча двумя руками от груди.             Подводящие упражнения для самостоятельного обучения технике ловли и передачи баскетбольного мяча двумя руками от груди.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195703" w:rsidRDefault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21.03</w:t>
            </w:r>
          </w:p>
        </w:tc>
      </w:tr>
      <w:tr w:rsidR="00891CC8" w:rsidTr="00891CC8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Волейбол как спортивная игра. </w:t>
            </w:r>
          </w:p>
          <w:p w:rsidR="00891CC8" w:rsidRPr="004261E5" w:rsidRDefault="00891CC8">
            <w:pPr>
              <w:autoSpaceDE w:val="0"/>
              <w:autoSpaceDN w:val="0"/>
              <w:spacing w:before="72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Общеразвивающие упражнения для обучения игре в волейбол.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195703" w:rsidRDefault="00195703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23.03</w:t>
            </w:r>
          </w:p>
        </w:tc>
      </w:tr>
      <w:tr w:rsidR="00891CC8" w:rsidTr="00891CC8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Техника прямой нижней подачи в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волейболе.              Подводящие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упражнения для самостоятельного разучивания прямой нижней подачи в волейболе.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195703" w:rsidRDefault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4.04</w:t>
            </w:r>
          </w:p>
        </w:tc>
      </w:tr>
      <w:tr w:rsidR="00891CC8" w:rsidTr="00891CC8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Техника приема мяча снизу двумя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руками в волейболе.             Подводящие упражнения для самостоятельного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разучивания приема мяча снизу двумя руками в волейболе.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195703" w:rsidRDefault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6.04</w:t>
            </w:r>
          </w:p>
        </w:tc>
      </w:tr>
      <w:tr w:rsidR="00891CC8" w:rsidTr="00891CC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Футбол как спортивная игра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Общеразвивающие упражнения для обучения игре футбол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195703" w:rsidRDefault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11.04</w:t>
            </w:r>
          </w:p>
        </w:tc>
      </w:tr>
      <w:tr w:rsidR="00891CC8" w:rsidTr="00891CC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удара по неподвижному мячу в футболе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195703" w:rsidRDefault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13.04</w:t>
            </w:r>
          </w:p>
        </w:tc>
      </w:tr>
      <w:tr w:rsidR="00891CC8" w:rsidTr="00891CC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Подводящие упражнения для обучения удару по неподвижному мячу в футболе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91CC8" w:rsidRPr="00195703" w:rsidRDefault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18.04</w:t>
            </w:r>
          </w:p>
        </w:tc>
      </w:tr>
      <w:tr w:rsidR="00891CC8" w:rsidTr="00891CC8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Ведение футбольного мяча.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195703" w:rsidRDefault="00195703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20.04</w:t>
            </w:r>
          </w:p>
        </w:tc>
      </w:tr>
      <w:tr w:rsidR="00891CC8" w:rsidTr="00891CC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Подводящие упражнения для обучения ведению мяча в футболе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195703" w:rsidRDefault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25.04</w:t>
            </w:r>
          </w:p>
        </w:tc>
      </w:tr>
      <w:tr w:rsidR="00891CC8" w:rsidTr="00891CC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Демонстрация прироста показателей физических качеств к нормативным требованиям комплекса ГТО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195703" w:rsidRDefault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27.04</w:t>
            </w:r>
          </w:p>
        </w:tc>
      </w:tr>
      <w:tr w:rsidR="00891CC8" w:rsidTr="00891CC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Бег на 30 м (с)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A44EEF" w:rsidRDefault="00A44E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195703" w:rsidRDefault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2.05</w:t>
            </w:r>
          </w:p>
        </w:tc>
      </w:tr>
      <w:tr w:rsidR="00891CC8" w:rsidTr="00891CC8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Pr="004261E5" w:rsidRDefault="00891CC8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Смешанное передвижение на 1000 м (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мин,с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1CC8" w:rsidRDefault="00891CC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8" w:rsidRPr="00195703" w:rsidRDefault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4.05</w:t>
            </w:r>
          </w:p>
        </w:tc>
      </w:tr>
      <w:tr w:rsidR="00195703" w:rsidTr="00195703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Челночный бег 3х10 м (с)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11.05</w:t>
            </w:r>
          </w:p>
        </w:tc>
      </w:tr>
      <w:tr w:rsidR="00195703" w:rsidTr="00195703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16.05</w:t>
            </w:r>
          </w:p>
        </w:tc>
      </w:tr>
      <w:tr w:rsidR="00195703" w:rsidTr="00195703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Подтягивание из виса лежа на низкой перекладине 90 см (количество раз)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18.05</w:t>
            </w:r>
          </w:p>
        </w:tc>
      </w:tr>
      <w:tr w:rsidR="00195703" w:rsidTr="00195703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Сгибание и разгибание рук в упоре лежа на полу (количество раз) Наклон вперед из положения стоя на гимнастической скамье (от уровня скамьи - см)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23.05</w:t>
            </w:r>
          </w:p>
        </w:tc>
      </w:tr>
      <w:tr w:rsidR="00195703" w:rsidTr="00195703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Метание теннисного мяча в цель,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дистанция 6 м (количество попаданий)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25.05</w:t>
            </w:r>
          </w:p>
        </w:tc>
      </w:tr>
      <w:tr w:rsidR="00195703" w:rsidTr="00195703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Default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195703" w:rsidTr="00195703">
        <w:trPr>
          <w:trHeight w:hRule="exact" w:val="828"/>
        </w:trPr>
        <w:tc>
          <w:tcPr>
            <w:tcW w:w="4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A44EEF" w:rsidRDefault="00A44E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:rsidR="00195703" w:rsidRDefault="00195703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195703" w:rsidRDefault="00195703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195703" w:rsidRDefault="00195703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195703" w:rsidRDefault="00195703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195703" w:rsidRDefault="00195703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762391" w:rsidRDefault="00762391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65005" w:rsidRDefault="004261E5">
      <w:pPr>
        <w:autoSpaceDE w:val="0"/>
        <w:autoSpaceDN w:val="0"/>
        <w:spacing w:before="218" w:after="14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4 КЛАСС</w:t>
      </w:r>
    </w:p>
    <w:tbl>
      <w:tblPr>
        <w:tblW w:w="1076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4382"/>
        <w:gridCol w:w="732"/>
        <w:gridCol w:w="1103"/>
        <w:gridCol w:w="1134"/>
        <w:gridCol w:w="6"/>
        <w:gridCol w:w="1554"/>
        <w:gridCol w:w="1275"/>
      </w:tblGrid>
      <w:tr w:rsidR="00195703" w:rsidTr="00195703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5703" w:rsidRPr="00195703" w:rsidRDefault="00195703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Дата</w:t>
            </w:r>
          </w:p>
        </w:tc>
      </w:tr>
      <w:tr w:rsidR="00195703" w:rsidTr="00195703">
        <w:trPr>
          <w:trHeight w:hRule="exact" w:val="83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195703" w:rsidRDefault="00195703"/>
        </w:tc>
        <w:tc>
          <w:tcPr>
            <w:tcW w:w="4382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195703" w:rsidRDefault="0019570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195703" w:rsidRDefault="00195703"/>
        </w:tc>
        <w:tc>
          <w:tcPr>
            <w:tcW w:w="1275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195703" w:rsidRDefault="00195703"/>
        </w:tc>
      </w:tr>
      <w:tr w:rsidR="00195703" w:rsidTr="00195703">
        <w:trPr>
          <w:trHeight w:hRule="exact" w:val="828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6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История физической культуры в России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6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6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1.09</w:t>
            </w:r>
          </w:p>
        </w:tc>
      </w:tr>
      <w:tr w:rsidR="00195703" w:rsidTr="00195703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История развития национальных видов спорта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6.09</w:t>
            </w:r>
          </w:p>
        </w:tc>
      </w:tr>
      <w:tr w:rsidR="00195703" w:rsidTr="00195703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Самостоятельная физическая подготовка.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8.09</w:t>
            </w:r>
          </w:p>
        </w:tc>
      </w:tr>
      <w:tr w:rsidR="00195703" w:rsidTr="00195703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115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13.09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15.09</w:t>
            </w:r>
          </w:p>
        </w:tc>
      </w:tr>
      <w:tr w:rsidR="00195703" w:rsidTr="00195703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Оказание первой помощи на занятиях физической </w:t>
            </w:r>
            <w:proofErr w:type="gram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культурой.  .</w:t>
            </w:r>
            <w:proofErr w:type="gram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20.09</w:t>
            </w:r>
          </w:p>
        </w:tc>
      </w:tr>
      <w:tr w:rsidR="00195703" w:rsidTr="00195703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22.09</w:t>
            </w:r>
          </w:p>
        </w:tc>
      </w:tr>
      <w:tr w:rsidR="00195703" w:rsidTr="00773A3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1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Закаливание организма.  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27.09</w:t>
            </w:r>
          </w:p>
        </w:tc>
      </w:tr>
      <w:tr w:rsidR="00195703" w:rsidTr="00773A38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"Лёгкая атлетика".</w:t>
            </w:r>
          </w:p>
          <w:p w:rsidR="00195703" w:rsidRPr="004261E5" w:rsidRDefault="00195703" w:rsidP="00195703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Предупреждение травм на занятиях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29.09</w:t>
            </w:r>
          </w:p>
        </w:tc>
      </w:tr>
      <w:tr w:rsidR="00195703" w:rsidTr="00195703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/>
              <w:ind w:left="72" w:right="144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"Лёгкая атлетика". Упражнения в прыжках в высоту с разбега.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прыжка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разбега способом«перешагивания»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4.10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Подводящие упражнения для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самостоятельного освоения прыжка с разбега способом «перешагивания»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6.10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"Лёгкая атлетика". Беговые упражнения. Правила выполнения беговых упражнений Комплекса ГТО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13.10</w:t>
            </w:r>
          </w:p>
        </w:tc>
      </w:tr>
      <w:tr w:rsidR="00195703" w:rsidTr="00195703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Бег 30 м с низкого старта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18.10</w:t>
            </w:r>
          </w:p>
        </w:tc>
      </w:tr>
      <w:tr w:rsidR="00195703" w:rsidTr="00195703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"Лёгкая атлетика". Метание малого мяча на дальность. Подводящие упражнения для самостоятельного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обучения метанию теннисного мяча в цель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20.10</w:t>
            </w:r>
          </w:p>
        </w:tc>
      </w:tr>
      <w:tr w:rsidR="00195703" w:rsidTr="00195703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Совершенствование техники метания малого мяча на дальность.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25.10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"Подвижные и спортивные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игры". Предупреждение травматизма на занятиях подвижными играми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27.10</w:t>
            </w:r>
          </w:p>
        </w:tc>
      </w:tr>
      <w:tr w:rsidR="00195703" w:rsidTr="00195703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"Подвижные и спортивные игры". Подвижные игры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общефизической подготовки.</w:t>
            </w:r>
          </w:p>
          <w:p w:rsidR="00195703" w:rsidRPr="004261E5" w:rsidRDefault="00195703" w:rsidP="00195703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Организация и проведение подвижной игры «Запрещенное движение»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8.11</w:t>
            </w:r>
          </w:p>
        </w:tc>
      </w:tr>
      <w:tr w:rsidR="00195703" w:rsidTr="00195703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Организация и проведение подвижной игры «Подвижная мишень»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10.11</w:t>
            </w:r>
          </w:p>
        </w:tc>
      </w:tr>
      <w:tr w:rsidR="00195703" w:rsidTr="00195703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акробатики". Предупреждение травм при выполнении гимнастических и акробатических упражнений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15.11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Акробатическая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комбинация. Акробатика как вид спорта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17.11</w:t>
            </w:r>
          </w:p>
        </w:tc>
      </w:tr>
      <w:tr w:rsidR="00195703" w:rsidTr="00195703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8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самостоятельного разучивания акробатических комбинаций Техника выполнения акробатической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комбинации №1.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22.11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Гимнастический мост из положения лежа на животе.             Упор лежа, из положения лежа на полу.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24.11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выполнения акробатической комбинации № 2.             Кувырок вперед, из положения упора присев.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29.11</w:t>
            </w:r>
          </w:p>
        </w:tc>
      </w:tr>
      <w:tr w:rsidR="00195703" w:rsidTr="00195703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/>
              <w:ind w:left="72" w:right="144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самостоятельного разучивания связкам акробатической комбинации №2.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назад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упора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присев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стойку на коленях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A44EEF" w:rsidRDefault="00A44EEF" w:rsidP="0019570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1.12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акробатики". Опорной прыжок. Техника опорного прыжка.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6.12</w:t>
            </w:r>
          </w:p>
        </w:tc>
      </w:tr>
      <w:tr w:rsidR="00195703" w:rsidTr="00195703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Подводящие упражнения для освоения опорного прыжка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8.12</w:t>
            </w:r>
          </w:p>
        </w:tc>
      </w:tr>
      <w:tr w:rsidR="00195703" w:rsidTr="00195703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акробатики". Упражнения на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гимнастической перекладине. Техника выполнения висов на гимнастической перекладине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13.12</w:t>
            </w:r>
          </w:p>
        </w:tc>
      </w:tr>
      <w:tr w:rsidR="00195703" w:rsidTr="00195703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Техника выполнения упора на гимнастической перекладине. </w:t>
            </w:r>
          </w:p>
          <w:p w:rsidR="00195703" w:rsidRPr="004261E5" w:rsidRDefault="00195703" w:rsidP="00195703">
            <w:pPr>
              <w:autoSpaceDE w:val="0"/>
              <w:autoSpaceDN w:val="0"/>
              <w:spacing w:before="70" w:after="0" w:line="262" w:lineRule="auto"/>
              <w:ind w:right="144"/>
              <w:jc w:val="center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Способ самостоятельного разучивания упора на гимнастической перекладине.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15.12</w:t>
            </w:r>
          </w:p>
        </w:tc>
      </w:tr>
      <w:tr w:rsidR="00195703" w:rsidTr="00195703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переворота туловища вперед на гимнастической перекладине из виса стоя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20.12</w:t>
            </w:r>
          </w:p>
        </w:tc>
      </w:tr>
      <w:tr w:rsidR="00195703" w:rsidTr="00195703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Подводящие упражнения к обучению переворота туловища вперед на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гимнастической перекладине из виса стоя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22.12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71" w:lineRule="auto"/>
              <w:ind w:left="72" w:right="864"/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"Гимнастика с основами акробатики".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27.12</w:t>
            </w:r>
          </w:p>
        </w:tc>
      </w:tr>
      <w:tr w:rsidR="00195703" w:rsidTr="00195703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Совершенствование танцевальных упражнений.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29.12</w:t>
            </w:r>
          </w:p>
        </w:tc>
      </w:tr>
      <w:tr w:rsidR="00195703" w:rsidTr="00195703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"Лыжная подготовка".</w:t>
            </w:r>
          </w:p>
          <w:p w:rsidR="00195703" w:rsidRPr="004261E5" w:rsidRDefault="00195703" w:rsidP="00195703">
            <w:pPr>
              <w:autoSpaceDE w:val="0"/>
              <w:autoSpaceDN w:val="0"/>
              <w:spacing w:before="72" w:after="0" w:line="271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подготовкой. Лыжные гонки как вид спорта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12.01</w:t>
            </w:r>
          </w:p>
        </w:tc>
      </w:tr>
      <w:tr w:rsidR="00195703" w:rsidTr="00773A3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"Лыжная подготовка".</w:t>
            </w:r>
          </w:p>
          <w:p w:rsidR="00195703" w:rsidRPr="004261E5" w:rsidRDefault="00195703" w:rsidP="00195703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одновременным одношажным ходом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17.01</w:t>
            </w:r>
          </w:p>
        </w:tc>
      </w:tr>
      <w:tr w:rsidR="00195703" w:rsidTr="00773A3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одновременного одношажного лыжного хода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19.01</w:t>
            </w:r>
          </w:p>
        </w:tc>
      </w:tr>
      <w:tr w:rsidR="00195703" w:rsidTr="00195703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/>
              <w:ind w:left="72" w:right="100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Комплексы подготовительных упражнений для обучения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одновременному одношажному лыжному ходу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24.01</w:t>
            </w:r>
          </w:p>
        </w:tc>
      </w:tr>
      <w:tr w:rsidR="00195703" w:rsidTr="00195703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/>
              <w:ind w:left="72" w:right="100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Подводящие упражнения для самостоятельного обучения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передвижению одновременным одношажному лыжному ходу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26.01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самостоятельного освоения передвижения одновременного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одношажного лыжного хода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31.01</w:t>
            </w:r>
          </w:p>
        </w:tc>
      </w:tr>
      <w:tr w:rsidR="00195703" w:rsidTr="00195703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100" w:after="0" w:line="271" w:lineRule="auto"/>
              <w:ind w:left="72" w:right="86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Передвижение одновременным одношажным лыжным ходом по учебной лыжне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2.02</w:t>
            </w:r>
          </w:p>
        </w:tc>
      </w:tr>
      <w:tr w:rsidR="00195703" w:rsidTr="00773A3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Техника передвижение одновременным одношажным лыжным ходом с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равномерной скоростью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A44EEF" w:rsidRDefault="00A44EEF" w:rsidP="0019570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7.02</w:t>
            </w:r>
          </w:p>
        </w:tc>
      </w:tr>
      <w:tr w:rsidR="00195703" w:rsidTr="00773A38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Прохождение одновременным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одношажным ходом после спуска с пологого склона.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9.02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перехода с одновременного одношажного хода на попеременный двушажный ход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14.02</w:t>
            </w:r>
          </w:p>
        </w:tc>
      </w:tr>
      <w:tr w:rsidR="00195703" w:rsidTr="00195703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Подводящие упражнения для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самостоятельного обучения переходу с одновременного одношажного хода на попеременный двушажный ход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16.02</w:t>
            </w:r>
          </w:p>
        </w:tc>
      </w:tr>
      <w:tr w:rsidR="00195703" w:rsidTr="00195703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Правила выполнения упражнений по лыжной подготовке Комплекса ГТО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21.02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Организация и проведение подвижной игры «Куда укатишься на лыжах за два шага»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28.02</w:t>
            </w:r>
          </w:p>
        </w:tc>
      </w:tr>
      <w:tr w:rsidR="00195703" w:rsidTr="00195703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"Подвижные и спортивные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игры". Технические действия игры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волейбол. Техника выполнения нижней боковой подачи в волейболе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2.03</w:t>
            </w:r>
          </w:p>
        </w:tc>
      </w:tr>
      <w:tr w:rsidR="00195703" w:rsidTr="00195703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Подводящие упражнения для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самостоятельного освоения выполнения нижней боковой подачи Способы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самостоятельного освоения техники выполнения нижней боковой подачи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7.03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48.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Техника приема и передачи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волейбольного мяча двумя руками снизу, стоя на месте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9.03</w:t>
            </w:r>
          </w:p>
        </w:tc>
      </w:tr>
      <w:tr w:rsidR="00195703" w:rsidTr="00195703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Подводящие упражнения для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самостоятельного освоения приема и передачи волейбольного мяча двумя руками снизу, стоя на месте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14.03</w:t>
            </w:r>
          </w:p>
        </w:tc>
      </w:tr>
      <w:tr w:rsidR="00195703" w:rsidTr="00195703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100" w:after="0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"Подвижные и спортивные игры". Технические действия игры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баскетбол. Техника броска мяча в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корзину от груди двумя руками с места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891CC8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16.03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Подводящие упражнения для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самостоятельного обучения броску мяча в корзину от груди двумя руками с места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21.03</w:t>
            </w:r>
          </w:p>
        </w:tc>
      </w:tr>
      <w:tr w:rsidR="00195703" w:rsidTr="00195703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Бросок мяча в корзину от груди двумя руками с места после ловли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 w:rsidP="00195703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23.03</w:t>
            </w:r>
          </w:p>
        </w:tc>
      </w:tr>
      <w:tr w:rsidR="00195703" w:rsidTr="00195703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Передача мяча двумя руками от груди в движении приставными шагами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4.04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ведения баскетбольного мяча попеременно правой и левой рукой в движении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6.04</w:t>
            </w:r>
          </w:p>
        </w:tc>
      </w:tr>
      <w:tr w:rsidR="00195703" w:rsidTr="00195703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"Подвижные и спортивные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игры". Технические действия игры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футбол. Техника остановки катящегося футбольного мяча, внутренней стороной стопы, стоя на месте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11.04</w:t>
            </w:r>
          </w:p>
        </w:tc>
      </w:tr>
      <w:tr w:rsidR="00195703" w:rsidTr="00195703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самостоятельного освоения техники остановки катящегося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футбольного мяча, внутренней стороной стопы, стоя на месте Техника передачи катящегося мяча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13.04</w:t>
            </w:r>
          </w:p>
        </w:tc>
      </w:tr>
      <w:tr w:rsidR="00195703" w:rsidTr="00773A3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передачи мяча во время его ведения Способы самостоятельного освоения техники передачи мяча во время его ведения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195703" w:rsidRP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18.04</w:t>
            </w:r>
          </w:p>
        </w:tc>
      </w:tr>
      <w:tr w:rsidR="00195703" w:rsidTr="00773A3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удара по неподвижному мячу с разбега, внутренней стороной стопы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 w:rsidP="00195703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20.04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59.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Способы самостоятельного освоения техники удара по неподвижному мячу с разбега, внутренней стороной стопы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25.04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удара по неподвижному мячу с разбега, внутренней стороной стопы в створ ворот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27.04</w:t>
            </w:r>
          </w:p>
        </w:tc>
      </w:tr>
      <w:tr w:rsidR="00195703" w:rsidTr="00773A3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Всероссийский физкультурно-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спортивный Комплекс ГТО Правила выполнения беговых упражнений Комплекса ГТО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2.05</w:t>
            </w:r>
          </w:p>
        </w:tc>
      </w:tr>
      <w:tr w:rsidR="00195703" w:rsidTr="00773A38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100" w:after="0" w:line="271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самостоятельного обучения техники выполнения беговых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упражнений Комплекса ГТО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4.05</w:t>
            </w:r>
          </w:p>
        </w:tc>
      </w:tr>
      <w:tr w:rsidR="00195703" w:rsidTr="00195703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выполнения силовых упражнений Комплекса ГТО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11.05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самостоятельного обучения техники выполнения силовых </w:t>
            </w:r>
            <w:r w:rsidRPr="004261E5">
              <w:rPr>
                <w:lang w:val="ru-RU"/>
              </w:rPr>
              <w:br/>
            </w: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упражнений Комплекса ГТО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16.05</w:t>
            </w:r>
          </w:p>
        </w:tc>
      </w:tr>
      <w:tr w:rsidR="00195703" w:rsidTr="00195703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100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выполнения метания теннисного мяча в требованиях Комплекса ГТО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18.05</w:t>
            </w:r>
          </w:p>
        </w:tc>
      </w:tr>
      <w:tr w:rsidR="00195703" w:rsidTr="00195703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Челночный бег 3х10 м (с)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9A1EC8" w:rsidRDefault="009A1EC8" w:rsidP="0019570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23.05</w:t>
            </w:r>
          </w:p>
        </w:tc>
      </w:tr>
      <w:tr w:rsidR="00195703" w:rsidTr="00195703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Наклон вперед из положения стоя на гимнастической скамье (от уровня скамьи - см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Pr="00195703" w:rsidRDefault="00195703" w:rsidP="00195703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25.05</w:t>
            </w:r>
          </w:p>
        </w:tc>
      </w:tr>
      <w:tr w:rsidR="00195703" w:rsidTr="00195703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Поднимание туловища </w:t>
            </w:r>
            <w:proofErr w:type="spellStart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изположения</w:t>
            </w:r>
            <w:proofErr w:type="spellEnd"/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лежа на спине(количество раз за 1 мин)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703" w:rsidRDefault="00195703" w:rsidP="001957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195703" w:rsidTr="00195703">
        <w:trPr>
          <w:trHeight w:hRule="exact" w:val="808"/>
        </w:trPr>
        <w:tc>
          <w:tcPr>
            <w:tcW w:w="4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4261E5" w:rsidRDefault="00195703" w:rsidP="00195703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4261E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5703" w:rsidRPr="00B22F9E" w:rsidRDefault="00B22F9E" w:rsidP="0019570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bookmarkStart w:id="0" w:name="_GoBack"/>
            <w:bookmarkEnd w:id="0"/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5703" w:rsidRDefault="00195703" w:rsidP="00195703">
            <w:pPr>
              <w:autoSpaceDE w:val="0"/>
              <w:autoSpaceDN w:val="0"/>
              <w:spacing w:before="98" w:after="0" w:line="230" w:lineRule="auto"/>
            </w:pPr>
          </w:p>
        </w:tc>
      </w:tr>
    </w:tbl>
    <w:p w:rsidR="00865005" w:rsidRDefault="00865005">
      <w:pPr>
        <w:autoSpaceDE w:val="0"/>
        <w:autoSpaceDN w:val="0"/>
        <w:spacing w:after="0" w:line="14" w:lineRule="exact"/>
      </w:pPr>
    </w:p>
    <w:p w:rsidR="00865005" w:rsidRDefault="00865005">
      <w:pPr>
        <w:sectPr w:rsidR="00865005" w:rsidSect="00762391">
          <w:pgSz w:w="11900" w:h="16840"/>
          <w:pgMar w:top="284" w:right="650" w:bottom="12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65005" w:rsidRDefault="00865005">
      <w:pPr>
        <w:autoSpaceDE w:val="0"/>
        <w:autoSpaceDN w:val="0"/>
        <w:spacing w:after="78" w:line="220" w:lineRule="exact"/>
      </w:pPr>
    </w:p>
    <w:p w:rsidR="00865005" w:rsidRDefault="004261E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865005" w:rsidRDefault="004261E5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865005" w:rsidRDefault="004261E5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1 КЛАСС</w:t>
      </w:r>
    </w:p>
    <w:p w:rsidR="00865005" w:rsidRPr="004261E5" w:rsidRDefault="004261E5">
      <w:pPr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Физическая культура, 1-4 класс/Лях В.И., Акционерное общество «Издательство «Просвещение»; Введите свой вариант:</w:t>
      </w:r>
    </w:p>
    <w:p w:rsidR="00865005" w:rsidRPr="004261E5" w:rsidRDefault="004261E5">
      <w:pPr>
        <w:autoSpaceDE w:val="0"/>
        <w:autoSpaceDN w:val="0"/>
        <w:spacing w:before="262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865005" w:rsidRPr="004261E5" w:rsidRDefault="004261E5">
      <w:pPr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Физическая культура, 1-4 класс/Лях В.И., Акционерное общество «Издательство «Просвещение</w:t>
      </w:r>
      <w:proofErr w:type="gram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» ;</w:t>
      </w:r>
      <w:proofErr w:type="gram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Введите свой вариант:</w:t>
      </w:r>
    </w:p>
    <w:p w:rsidR="00865005" w:rsidRPr="004261E5" w:rsidRDefault="004261E5">
      <w:pPr>
        <w:autoSpaceDE w:val="0"/>
        <w:autoSpaceDN w:val="0"/>
        <w:spacing w:before="264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865005" w:rsidRPr="004261E5" w:rsidRDefault="004261E5">
      <w:pPr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Физическая культура, 1-4 класс/Лях В.И., Акционерное общество «Издательство «Просвещение</w:t>
      </w:r>
      <w:proofErr w:type="gram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» ;</w:t>
      </w:r>
      <w:proofErr w:type="gram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Введите свой вариант:</w:t>
      </w:r>
    </w:p>
    <w:p w:rsidR="00865005" w:rsidRPr="004261E5" w:rsidRDefault="004261E5">
      <w:pPr>
        <w:autoSpaceDE w:val="0"/>
        <w:autoSpaceDN w:val="0"/>
        <w:spacing w:before="262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865005" w:rsidRPr="004261E5" w:rsidRDefault="004261E5">
      <w:pPr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Физическая культура, 1-4 класс/Лях В.И., Акционерное общество «Издательство «Просвещение</w:t>
      </w:r>
      <w:proofErr w:type="gram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» ;</w:t>
      </w:r>
      <w:proofErr w:type="gram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Введите свой вариант:</w:t>
      </w:r>
    </w:p>
    <w:p w:rsidR="00865005" w:rsidRPr="004261E5" w:rsidRDefault="004261E5">
      <w:pPr>
        <w:autoSpaceDE w:val="0"/>
        <w:autoSpaceDN w:val="0"/>
        <w:spacing w:before="262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865005" w:rsidRPr="004261E5" w:rsidRDefault="004261E5">
      <w:pPr>
        <w:autoSpaceDE w:val="0"/>
        <w:autoSpaceDN w:val="0"/>
        <w:spacing w:before="262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865005" w:rsidRPr="004261E5" w:rsidRDefault="004261E5">
      <w:pPr>
        <w:autoSpaceDE w:val="0"/>
        <w:autoSpaceDN w:val="0"/>
        <w:spacing w:before="166" w:after="0"/>
        <w:ind w:right="144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Физическая культура. Рабочие программы. Предметная линия учебников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В.И.Ляха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1-4 классы: пособие для учителей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учреждений /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В.И.Лях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– М.: Просвещение, </w:t>
      </w:r>
      <w:proofErr w:type="gram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201</w:t>
      </w:r>
      <w:r w:rsidR="00762391">
        <w:rPr>
          <w:rFonts w:ascii="Times New Roman" w:eastAsia="Times New Roman" w:hAnsi="Times New Roman"/>
          <w:color w:val="000000"/>
          <w:sz w:val="24"/>
          <w:lang w:val="ru-RU"/>
        </w:rPr>
        <w:t>9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.-</w:t>
      </w:r>
      <w:proofErr w:type="gram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64 с. 2. Физическая культура. 1-4 классы: учеб. для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учреждений / В.И. Лях. – 13-е изд. – </w:t>
      </w:r>
      <w:proofErr w:type="gram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М. :</w:t>
      </w:r>
      <w:proofErr w:type="gram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Просвещение, 2012. – 190 с.</w:t>
      </w:r>
    </w:p>
    <w:p w:rsidR="00865005" w:rsidRPr="004261E5" w:rsidRDefault="004261E5">
      <w:pPr>
        <w:autoSpaceDE w:val="0"/>
        <w:autoSpaceDN w:val="0"/>
        <w:spacing w:before="262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865005" w:rsidRPr="004261E5" w:rsidRDefault="004261E5">
      <w:pPr>
        <w:autoSpaceDE w:val="0"/>
        <w:autoSpaceDN w:val="0"/>
        <w:spacing w:before="166" w:after="0"/>
        <w:ind w:right="144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Физическая культура. Рабочие программы. Предметная линия учебников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В.И.Ляха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1-4 классы: пособие для учителей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учреждений /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В.И.Лях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– М.: Просвещение, </w:t>
      </w:r>
      <w:proofErr w:type="gram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201</w:t>
      </w:r>
      <w:r w:rsidR="00762391">
        <w:rPr>
          <w:rFonts w:ascii="Times New Roman" w:eastAsia="Times New Roman" w:hAnsi="Times New Roman"/>
          <w:color w:val="000000"/>
          <w:sz w:val="24"/>
          <w:lang w:val="ru-RU"/>
        </w:rPr>
        <w:t>9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.-</w:t>
      </w:r>
      <w:proofErr w:type="gram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64 с. 2. Физическая культура. 1-4 классы: учеб. для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учреждений / В.И. Лях. – 13-е изд. – </w:t>
      </w:r>
      <w:proofErr w:type="gram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М. :</w:t>
      </w:r>
      <w:proofErr w:type="gram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Просвещение, 2012. – 190 с.</w:t>
      </w:r>
    </w:p>
    <w:p w:rsidR="00865005" w:rsidRPr="004261E5" w:rsidRDefault="004261E5">
      <w:pPr>
        <w:autoSpaceDE w:val="0"/>
        <w:autoSpaceDN w:val="0"/>
        <w:spacing w:before="264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865005" w:rsidRPr="004261E5" w:rsidRDefault="004261E5">
      <w:pPr>
        <w:autoSpaceDE w:val="0"/>
        <w:autoSpaceDN w:val="0"/>
        <w:spacing w:before="166" w:after="0"/>
        <w:ind w:right="144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Физическая культура. Рабочие программы. Предметная линия учебников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В.И.Ляха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1-4 классы: пособие для учителей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учреждений /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В.И.Лях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– М.: Просвещение, </w:t>
      </w:r>
      <w:proofErr w:type="gram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201</w:t>
      </w:r>
      <w:r w:rsidR="00762391">
        <w:rPr>
          <w:rFonts w:ascii="Times New Roman" w:eastAsia="Times New Roman" w:hAnsi="Times New Roman"/>
          <w:color w:val="000000"/>
          <w:sz w:val="24"/>
          <w:lang w:val="ru-RU"/>
        </w:rPr>
        <w:t>9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.-</w:t>
      </w:r>
      <w:proofErr w:type="gram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64 с. 2. Физическая культура. 1-4 классы: учеб. для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учреждений / В.И. Лях. – 13-е изд. – </w:t>
      </w:r>
      <w:proofErr w:type="gram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М. :</w:t>
      </w:r>
      <w:proofErr w:type="gram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Просвещение, 2012. – 190 с.</w:t>
      </w:r>
    </w:p>
    <w:p w:rsidR="00865005" w:rsidRPr="004261E5" w:rsidRDefault="004261E5">
      <w:pPr>
        <w:autoSpaceDE w:val="0"/>
        <w:autoSpaceDN w:val="0"/>
        <w:spacing w:before="262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865005" w:rsidRPr="004261E5" w:rsidRDefault="004261E5">
      <w:pPr>
        <w:autoSpaceDE w:val="0"/>
        <w:autoSpaceDN w:val="0"/>
        <w:spacing w:before="166" w:after="0"/>
        <w:ind w:right="144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Физическая культура. Рабочие программы. Предметная линия учебников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В.И.Ляха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1-4 классы: пособие для учителей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учреждений /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В.И.Лях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– М.: Просвещение, </w:t>
      </w:r>
      <w:proofErr w:type="gram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201</w:t>
      </w:r>
      <w:r w:rsidR="00762391">
        <w:rPr>
          <w:rFonts w:ascii="Times New Roman" w:eastAsia="Times New Roman" w:hAnsi="Times New Roman"/>
          <w:color w:val="000000"/>
          <w:sz w:val="24"/>
          <w:lang w:val="ru-RU"/>
        </w:rPr>
        <w:t>9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.-</w:t>
      </w:r>
      <w:proofErr w:type="gram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64 с. 2. Физическая культура. 1-4 классы: учеб. для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. учреждений / В.И. Лях. – 13-е изд. – </w:t>
      </w:r>
      <w:proofErr w:type="gram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М. :</w:t>
      </w:r>
      <w:proofErr w:type="gram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Просвещение, 2012. – 190 с.</w:t>
      </w:r>
    </w:p>
    <w:p w:rsidR="00762391" w:rsidRDefault="00762391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62391" w:rsidRDefault="00762391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65005" w:rsidRPr="004261E5" w:rsidRDefault="004261E5">
      <w:pPr>
        <w:autoSpaceDE w:val="0"/>
        <w:autoSpaceDN w:val="0"/>
        <w:spacing w:before="262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865005" w:rsidRPr="004261E5" w:rsidRDefault="004261E5">
      <w:pPr>
        <w:autoSpaceDE w:val="0"/>
        <w:autoSpaceDN w:val="0"/>
        <w:spacing w:before="262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865005" w:rsidRPr="004261E5" w:rsidRDefault="00865005">
      <w:pPr>
        <w:autoSpaceDE w:val="0"/>
        <w:autoSpaceDN w:val="0"/>
        <w:spacing w:after="72" w:line="220" w:lineRule="exact"/>
        <w:rPr>
          <w:lang w:val="ru-RU"/>
        </w:rPr>
      </w:pPr>
    </w:p>
    <w:p w:rsidR="00865005" w:rsidRPr="004261E5" w:rsidRDefault="004261E5">
      <w:pPr>
        <w:autoSpaceDE w:val="0"/>
        <w:autoSpaceDN w:val="0"/>
        <w:spacing w:after="0" w:line="391" w:lineRule="auto"/>
        <w:ind w:right="705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/9/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 </w:t>
      </w:r>
      <w:r w:rsidRPr="004261E5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/9/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 КЛАСС </w:t>
      </w:r>
      <w:r w:rsidRPr="004261E5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/9/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 КЛАСС </w:t>
      </w:r>
      <w:r w:rsidRPr="004261E5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/9/</w:t>
      </w:r>
    </w:p>
    <w:p w:rsidR="00865005" w:rsidRPr="004261E5" w:rsidRDefault="00865005">
      <w:pPr>
        <w:rPr>
          <w:lang w:val="ru-RU"/>
        </w:rPr>
        <w:sectPr w:rsidR="00865005" w:rsidRPr="004261E5">
          <w:pgSz w:w="11900" w:h="16840"/>
          <w:pgMar w:top="292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865005" w:rsidRPr="004261E5" w:rsidRDefault="00865005">
      <w:pPr>
        <w:autoSpaceDE w:val="0"/>
        <w:autoSpaceDN w:val="0"/>
        <w:spacing w:after="78" w:line="220" w:lineRule="exact"/>
        <w:rPr>
          <w:lang w:val="ru-RU"/>
        </w:rPr>
      </w:pPr>
    </w:p>
    <w:p w:rsidR="00865005" w:rsidRPr="004261E5" w:rsidRDefault="004261E5">
      <w:pPr>
        <w:autoSpaceDE w:val="0"/>
        <w:autoSpaceDN w:val="0"/>
        <w:spacing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865005" w:rsidRPr="004261E5" w:rsidRDefault="004261E5">
      <w:pPr>
        <w:autoSpaceDE w:val="0"/>
        <w:autoSpaceDN w:val="0"/>
        <w:spacing w:before="346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865005" w:rsidRPr="004261E5" w:rsidRDefault="004261E5" w:rsidP="00762391">
      <w:pPr>
        <w:autoSpaceDE w:val="0"/>
        <w:autoSpaceDN w:val="0"/>
        <w:spacing w:before="166" w:after="0" w:line="262" w:lineRule="auto"/>
        <w:ind w:right="9733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Стол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Стул</w:t>
      </w:r>
    </w:p>
    <w:p w:rsidR="00865005" w:rsidRPr="004261E5" w:rsidRDefault="004261E5">
      <w:pPr>
        <w:autoSpaceDE w:val="0"/>
        <w:autoSpaceDN w:val="0"/>
        <w:spacing w:before="262" w:after="0" w:line="230" w:lineRule="auto"/>
        <w:rPr>
          <w:lang w:val="ru-RU"/>
        </w:rPr>
      </w:pPr>
      <w:r w:rsidRPr="004261E5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865005" w:rsidRPr="004261E5" w:rsidRDefault="004261E5">
      <w:pPr>
        <w:autoSpaceDE w:val="0"/>
        <w:autoSpaceDN w:val="0"/>
        <w:spacing w:before="166" w:after="0" w:line="288" w:lineRule="auto"/>
        <w:ind w:right="576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Скамейка гимнастическая жесткая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Мат гимнастический прямой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Бревно гимнастическое напольное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Перекладина гимнастическая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пристенная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Канат для лазания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Перекладина навесная универсальная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Мяч для метания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для подвижных игр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для проведения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спортмероприятий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судейский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Ботинки для лыж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Лыжи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Лыжные палки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Стойки волейбольные с волейбольной сеткой.</w:t>
      </w:r>
    </w:p>
    <w:p w:rsidR="00865005" w:rsidRPr="004261E5" w:rsidRDefault="004261E5">
      <w:pPr>
        <w:autoSpaceDE w:val="0"/>
        <w:autoSpaceDN w:val="0"/>
        <w:spacing w:before="70" w:after="0"/>
        <w:ind w:right="7920"/>
        <w:rPr>
          <w:lang w:val="ru-RU"/>
        </w:rPr>
      </w:pP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Ворота для </w:t>
      </w:r>
      <w:proofErr w:type="spellStart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>минифутбола</w:t>
      </w:r>
      <w:proofErr w:type="spellEnd"/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Мяч баскетбольный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Мяч футбольный </w:t>
      </w:r>
      <w:r w:rsidRPr="004261E5">
        <w:rPr>
          <w:lang w:val="ru-RU"/>
        </w:rPr>
        <w:br/>
      </w:r>
      <w:r w:rsidRPr="004261E5">
        <w:rPr>
          <w:rFonts w:ascii="Times New Roman" w:eastAsia="Times New Roman" w:hAnsi="Times New Roman"/>
          <w:color w:val="000000"/>
          <w:sz w:val="24"/>
          <w:lang w:val="ru-RU"/>
        </w:rPr>
        <w:t xml:space="preserve">Мяч волейбольный </w:t>
      </w:r>
    </w:p>
    <w:p w:rsidR="004261E5" w:rsidRPr="004261E5" w:rsidRDefault="004261E5">
      <w:pPr>
        <w:rPr>
          <w:lang w:val="ru-RU"/>
        </w:rPr>
      </w:pPr>
    </w:p>
    <w:sectPr w:rsidR="004261E5" w:rsidRPr="004261E5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95703"/>
    <w:rsid w:val="0029639D"/>
    <w:rsid w:val="002F4EDC"/>
    <w:rsid w:val="00326F90"/>
    <w:rsid w:val="004261E5"/>
    <w:rsid w:val="00762391"/>
    <w:rsid w:val="00865005"/>
    <w:rsid w:val="00891CC8"/>
    <w:rsid w:val="008F30EF"/>
    <w:rsid w:val="009A1EC8"/>
    <w:rsid w:val="00A44EEF"/>
    <w:rsid w:val="00AA1D8D"/>
    <w:rsid w:val="00B22F9E"/>
    <w:rsid w:val="00B47730"/>
    <w:rsid w:val="00CB0664"/>
    <w:rsid w:val="00F54E76"/>
    <w:rsid w:val="00FA5AC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95483"/>
  <w14:defaultImageDpi w14:val="300"/>
  <w15:docId w15:val="{DDAC0BF9-7427-4CD3-BE72-C097E177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3F120B-EF49-47F0-921D-22EED1DDD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45</Pages>
  <Words>11373</Words>
  <Characters>64828</Characters>
  <Application>Microsoft Office Word</Application>
  <DocSecurity>0</DocSecurity>
  <Lines>540</Lines>
  <Paragraphs>152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76049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Ильдус</cp:lastModifiedBy>
  <cp:revision>4</cp:revision>
  <dcterms:created xsi:type="dcterms:W3CDTF">2013-12-23T23:15:00Z</dcterms:created>
  <dcterms:modified xsi:type="dcterms:W3CDTF">2022-09-17T15:16:00Z</dcterms:modified>
  <cp:category/>
</cp:coreProperties>
</file>